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49357" w14:textId="4ADC4A2A" w:rsidR="00BA5137" w:rsidRDefault="00000000">
      <w:pPr>
        <w:spacing w:after="40"/>
        <w:jc w:val="center"/>
      </w:pPr>
      <w:r>
        <w:rPr>
          <w:b/>
          <w:color w:val="2E7D32"/>
        </w:rPr>
        <w:t>STOWARZYSZENIE LOKALNA GRUPA DZIAŁANIA „ZIEMIA CHEŁMOŃSKIEGO”</w:t>
      </w:r>
      <w:r>
        <w:rPr>
          <w:b/>
          <w:color w:val="2E7D32"/>
        </w:rPr>
        <w:br/>
      </w:r>
      <w:r>
        <w:rPr>
          <w:b/>
          <w:color w:val="1B4D3E"/>
          <w:sz w:val="32"/>
        </w:rPr>
        <w:t xml:space="preserve">FORMULARZ FISZKI </w:t>
      </w:r>
      <w:r w:rsidR="00C33FEB">
        <w:rPr>
          <w:b/>
          <w:color w:val="1B4D3E"/>
          <w:sz w:val="32"/>
        </w:rPr>
        <w:t>PROJEKTU</w:t>
      </w:r>
      <w:r w:rsidR="00C842BF">
        <w:rPr>
          <w:b/>
          <w:color w:val="1B4D3E"/>
          <w:sz w:val="32"/>
        </w:rPr>
        <w:t xml:space="preserve"> GRANTOWEGO</w:t>
      </w:r>
    </w:p>
    <w:p w14:paraId="20751E2A" w14:textId="77777777" w:rsidR="00BA5137" w:rsidRDefault="00000000">
      <w:pPr>
        <w:spacing w:after="240"/>
        <w:jc w:val="center"/>
      </w:pPr>
      <w:r>
        <w:rPr>
          <w:i/>
          <w:color w:val="646464"/>
          <w:sz w:val="19"/>
        </w:rPr>
        <w:t>BADANIE ZAINTERESOWANIA I POTRZEB SPOŁECZNOŚCI LOKALNEJ PRZED OGŁOSZENIEM NABORU GRANTOWEGO</w:t>
      </w:r>
      <w:r>
        <w:rPr>
          <w:i/>
          <w:color w:val="646464"/>
          <w:sz w:val="19"/>
        </w:rPr>
        <w:br/>
        <w:t xml:space="preserve">Plan </w:t>
      </w:r>
      <w:proofErr w:type="spellStart"/>
      <w:r>
        <w:rPr>
          <w:i/>
          <w:color w:val="646464"/>
          <w:sz w:val="19"/>
        </w:rPr>
        <w:t>Strategiczny</w:t>
      </w:r>
      <w:proofErr w:type="spellEnd"/>
      <w:r>
        <w:rPr>
          <w:i/>
          <w:color w:val="646464"/>
          <w:sz w:val="19"/>
        </w:rPr>
        <w:t xml:space="preserve"> </w:t>
      </w:r>
      <w:proofErr w:type="spellStart"/>
      <w:r>
        <w:rPr>
          <w:i/>
          <w:color w:val="646464"/>
          <w:sz w:val="19"/>
        </w:rPr>
        <w:t>dla</w:t>
      </w:r>
      <w:proofErr w:type="spellEnd"/>
      <w:r>
        <w:rPr>
          <w:i/>
          <w:color w:val="646464"/>
          <w:sz w:val="19"/>
        </w:rPr>
        <w:t xml:space="preserve"> </w:t>
      </w:r>
      <w:proofErr w:type="spellStart"/>
      <w:r>
        <w:rPr>
          <w:i/>
          <w:color w:val="646464"/>
          <w:sz w:val="19"/>
        </w:rPr>
        <w:t>Wspólnej</w:t>
      </w:r>
      <w:proofErr w:type="spellEnd"/>
      <w:r>
        <w:rPr>
          <w:i/>
          <w:color w:val="646464"/>
          <w:sz w:val="19"/>
        </w:rPr>
        <w:t xml:space="preserve"> </w:t>
      </w:r>
      <w:proofErr w:type="spellStart"/>
      <w:r>
        <w:rPr>
          <w:i/>
          <w:color w:val="646464"/>
          <w:sz w:val="19"/>
        </w:rPr>
        <w:t>Polityki</w:t>
      </w:r>
      <w:proofErr w:type="spellEnd"/>
      <w:r>
        <w:rPr>
          <w:i/>
          <w:color w:val="646464"/>
          <w:sz w:val="19"/>
        </w:rPr>
        <w:t xml:space="preserve"> </w:t>
      </w:r>
      <w:proofErr w:type="spellStart"/>
      <w:r>
        <w:rPr>
          <w:i/>
          <w:color w:val="646464"/>
          <w:sz w:val="19"/>
        </w:rPr>
        <w:t>Rolnej</w:t>
      </w:r>
      <w:proofErr w:type="spellEnd"/>
      <w:r>
        <w:rPr>
          <w:i/>
          <w:color w:val="646464"/>
          <w:sz w:val="19"/>
        </w:rPr>
        <w:t xml:space="preserve"> </w:t>
      </w:r>
      <w:proofErr w:type="spellStart"/>
      <w:r>
        <w:rPr>
          <w:i/>
          <w:color w:val="646464"/>
          <w:sz w:val="19"/>
        </w:rPr>
        <w:t>na</w:t>
      </w:r>
      <w:proofErr w:type="spellEnd"/>
      <w:r>
        <w:rPr>
          <w:i/>
          <w:color w:val="646464"/>
          <w:sz w:val="19"/>
        </w:rPr>
        <w:t xml:space="preserve"> </w:t>
      </w:r>
      <w:proofErr w:type="spellStart"/>
      <w:r>
        <w:rPr>
          <w:i/>
          <w:color w:val="646464"/>
          <w:sz w:val="19"/>
        </w:rPr>
        <w:t>lata</w:t>
      </w:r>
      <w:proofErr w:type="spellEnd"/>
      <w:r>
        <w:rPr>
          <w:i/>
          <w:color w:val="646464"/>
          <w:sz w:val="19"/>
        </w:rPr>
        <w:t xml:space="preserve"> 2023–2027 (</w:t>
      </w:r>
      <w:proofErr w:type="spellStart"/>
      <w:r>
        <w:rPr>
          <w:i/>
          <w:color w:val="646464"/>
          <w:sz w:val="19"/>
        </w:rPr>
        <w:t>Interwencja</w:t>
      </w:r>
      <w:proofErr w:type="spellEnd"/>
      <w:r>
        <w:rPr>
          <w:i/>
          <w:color w:val="646464"/>
          <w:sz w:val="19"/>
        </w:rPr>
        <w:t xml:space="preserve"> I.13.1 LEADER)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BA5137" w14:paraId="1A61B501" w14:textId="77777777">
        <w:trPr>
          <w:jc w:val="center"/>
        </w:trPr>
        <w:tc>
          <w:tcPr>
            <w:tcW w:w="9936" w:type="dxa"/>
            <w:shd w:val="clear" w:color="auto" w:fill="F1F8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04053E" w14:textId="77777777" w:rsidR="00A25F18" w:rsidRPr="00A25F18" w:rsidRDefault="00A25F18" w:rsidP="00A25F18">
            <w:pPr>
              <w:spacing w:after="80"/>
              <w:rPr>
                <w:b/>
                <w:bCs/>
                <w:sz w:val="18"/>
                <w:lang w:val="pl-PL"/>
              </w:rPr>
            </w:pPr>
            <w:r w:rsidRPr="00A25F18">
              <w:rPr>
                <w:b/>
                <w:bCs/>
                <w:sz w:val="18"/>
                <w:lang w:val="pl-PL"/>
              </w:rPr>
              <w:t>Podziel się swoim pomysłem!</w:t>
            </w:r>
          </w:p>
          <w:p w14:paraId="504A0C71" w14:textId="43602D99" w:rsidR="00A25F18" w:rsidRPr="00A25F18" w:rsidRDefault="00A25F18" w:rsidP="00A25F18">
            <w:pPr>
              <w:spacing w:after="80"/>
              <w:jc w:val="both"/>
              <w:rPr>
                <w:sz w:val="18"/>
                <w:lang w:val="pl-PL"/>
              </w:rPr>
            </w:pPr>
            <w:r w:rsidRPr="00A25F18">
              <w:rPr>
                <w:sz w:val="18"/>
                <w:lang w:val="pl-PL"/>
              </w:rPr>
              <w:t xml:space="preserve">Chcemy lepiej poznać pomysły i potrzeby lokalnych organizacji i społeczności. Jeśli masz pomysł na działanie, które mogłoby być zrealizowane z wykorzystaniem środków na projekty grantowe, </w:t>
            </w:r>
            <w:r w:rsidRPr="00A25F18">
              <w:rPr>
                <w:b/>
                <w:bCs/>
                <w:sz w:val="18"/>
                <w:lang w:val="pl-PL"/>
              </w:rPr>
              <w:t>opisz go w tej fiszce</w:t>
            </w:r>
            <w:r w:rsidRPr="00A25F18">
              <w:rPr>
                <w:sz w:val="18"/>
                <w:lang w:val="pl-PL"/>
              </w:rPr>
              <w:t>. Nie musisz na tym etapie przygotowywać wniosku– zależy nam przede wszystkim na poznaniu Twojego pomysłu.</w:t>
            </w:r>
          </w:p>
          <w:p w14:paraId="43CC1AA0" w14:textId="77777777" w:rsidR="00A25F18" w:rsidRPr="00A25F18" w:rsidRDefault="00A25F18" w:rsidP="00A25F18">
            <w:pPr>
              <w:spacing w:after="80"/>
              <w:jc w:val="both"/>
              <w:rPr>
                <w:sz w:val="18"/>
                <w:lang w:val="pl-PL"/>
              </w:rPr>
            </w:pPr>
            <w:r w:rsidRPr="00A25F18">
              <w:rPr>
                <w:sz w:val="18"/>
                <w:lang w:val="pl-PL"/>
              </w:rPr>
              <w:t xml:space="preserve">Zebrane fiszki posłużą LGD do przygotowania projektu grantowego odpowiadającego na rzeczywiste potrzeby naszego obszaru. </w:t>
            </w:r>
            <w:r w:rsidRPr="00A25F18">
              <w:rPr>
                <w:b/>
                <w:bCs/>
                <w:sz w:val="18"/>
                <w:lang w:val="pl-PL"/>
              </w:rPr>
              <w:t>Kolejność działań jest tutaj ważna:</w:t>
            </w:r>
            <w:r w:rsidRPr="00A25F18">
              <w:rPr>
                <w:sz w:val="18"/>
                <w:lang w:val="pl-PL"/>
              </w:rPr>
              <w:t xml:space="preserve"> najpierw zbieramy pomysły i potrzeby, następnie na ich podstawie LGD przygotowuje i składa wniosek o przyznanie pomocy do Samorządu Województwa Mazowieckiego. Dopiero po pozytywnej ocenie wniosku i podpisaniu umowy z Samorządem Województwa Mazowieckiego będziemy mogli ogłosić nabór na realizację grantów.</w:t>
            </w:r>
          </w:p>
          <w:p w14:paraId="08264239" w14:textId="77777777" w:rsidR="00A25F18" w:rsidRPr="00A25F18" w:rsidRDefault="00A25F18" w:rsidP="00A25F18">
            <w:pPr>
              <w:spacing w:after="80"/>
              <w:jc w:val="both"/>
              <w:rPr>
                <w:sz w:val="18"/>
                <w:lang w:val="pl-PL"/>
              </w:rPr>
            </w:pPr>
            <w:r w:rsidRPr="00A25F18">
              <w:rPr>
                <w:b/>
                <w:bCs/>
                <w:sz w:val="18"/>
                <w:lang w:val="pl-PL"/>
              </w:rPr>
              <w:t>Dlatego warto podzielić się swoim pomysłem już teraz – nawet jeśli jest jeszcze na wstępnym etapie.</w:t>
            </w:r>
            <w:r w:rsidRPr="00A25F18">
              <w:rPr>
                <w:sz w:val="18"/>
                <w:lang w:val="pl-PL"/>
              </w:rPr>
              <w:t xml:space="preserve"> Zebrane informacje pomogą nam zaplanować projekt grantowy możliwie dobrze dopasowany do potrzeb lokalnych organizacji i mieszkańców.</w:t>
            </w:r>
          </w:p>
          <w:p w14:paraId="4812F584" w14:textId="7899D561" w:rsidR="00BA5137" w:rsidRDefault="00000000" w:rsidP="005F6EC5">
            <w:pPr>
              <w:spacing w:after="80"/>
            </w:pPr>
            <w:r>
              <w:rPr>
                <w:sz w:val="18"/>
              </w:rPr>
              <w:br/>
              <w:t xml:space="preserve">WAŻNE: </w:t>
            </w:r>
            <w:proofErr w:type="spellStart"/>
            <w:r>
              <w:rPr>
                <w:sz w:val="18"/>
              </w:rPr>
              <w:t>Złożenie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fiszki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 w:rsidR="00593984">
              <w:rPr>
                <w:sz w:val="18"/>
              </w:rPr>
              <w:t>zadania</w:t>
            </w:r>
            <w:proofErr w:type="spellEnd"/>
            <w:r w:rsidR="00593984">
              <w:rPr>
                <w:sz w:val="18"/>
              </w:rPr>
              <w:t xml:space="preserve"> </w:t>
            </w:r>
            <w:proofErr w:type="spellStart"/>
            <w:r w:rsidR="00593984">
              <w:rPr>
                <w:sz w:val="18"/>
              </w:rPr>
              <w:t>grantowego</w:t>
            </w:r>
            <w:proofErr w:type="spellEnd"/>
            <w:r>
              <w:rPr>
                <w:sz w:val="18"/>
              </w:rPr>
              <w:t xml:space="preserve"> NIE jest </w:t>
            </w:r>
            <w:proofErr w:type="spellStart"/>
            <w:r>
              <w:rPr>
                <w:sz w:val="18"/>
              </w:rPr>
              <w:t>formalnym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złożeniem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wniosku</w:t>
            </w:r>
            <w:proofErr w:type="spellEnd"/>
            <w:r>
              <w:rPr>
                <w:sz w:val="18"/>
              </w:rPr>
              <w:t xml:space="preserve"> o grant i </w:t>
            </w:r>
            <w:proofErr w:type="spellStart"/>
            <w:r>
              <w:rPr>
                <w:sz w:val="18"/>
              </w:rPr>
              <w:t>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gwarantuje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przyznania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dofinansowania</w:t>
            </w:r>
            <w:proofErr w:type="spellEnd"/>
            <w:r>
              <w:rPr>
                <w:sz w:val="18"/>
              </w:rPr>
              <w:t xml:space="preserve">. </w:t>
            </w:r>
          </w:p>
        </w:tc>
      </w:tr>
    </w:tbl>
    <w:p w14:paraId="316997FE" w14:textId="77777777" w:rsidR="00BA5137" w:rsidRDefault="00BA5137">
      <w:pPr>
        <w:spacing w:after="120"/>
      </w:pPr>
    </w:p>
    <w:p w14:paraId="2C8E921B" w14:textId="77777777" w:rsidR="0043466E" w:rsidRDefault="00000000" w:rsidP="0043466E">
      <w:pPr>
        <w:pStyle w:val="Akapitzlist"/>
        <w:keepNext/>
        <w:numPr>
          <w:ilvl w:val="0"/>
          <w:numId w:val="10"/>
        </w:numPr>
        <w:spacing w:before="240" w:after="80"/>
        <w:rPr>
          <w:b/>
          <w:color w:val="1B4D3E"/>
          <w:sz w:val="22"/>
        </w:rPr>
      </w:pPr>
      <w:r w:rsidRPr="0043466E">
        <w:rPr>
          <w:b/>
          <w:color w:val="1B4D3E"/>
          <w:sz w:val="22"/>
        </w:rPr>
        <w:t xml:space="preserve">IDENTYFIKACJA ZGŁASZAJĄCEGO </w:t>
      </w:r>
    </w:p>
    <w:p w14:paraId="3AF8C0B1" w14:textId="62F35847" w:rsidR="00BA5137" w:rsidRPr="002C3980" w:rsidRDefault="0043466E" w:rsidP="0043466E">
      <w:pPr>
        <w:pStyle w:val="Akapitzlist"/>
        <w:keepNext/>
        <w:spacing w:before="240" w:after="80"/>
        <w:ind w:left="1080"/>
        <w:jc w:val="both"/>
        <w:rPr>
          <w:b/>
          <w:color w:val="1B4D3E"/>
          <w:sz w:val="18"/>
          <w:szCs w:val="18"/>
        </w:rPr>
      </w:pPr>
      <w:r w:rsidRPr="002C3980">
        <w:rPr>
          <w:bCs/>
          <w:i/>
          <w:iCs/>
          <w:color w:val="1B4D3E"/>
          <w:sz w:val="18"/>
          <w:szCs w:val="18"/>
        </w:rPr>
        <w:t>(o</w:t>
      </w:r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wsparcie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mogą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ubiegać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się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podmioty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działające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na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obszarze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gmin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: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Baranów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>, Grodzisk Mazowiecki (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obszar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wiejski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),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Jaktorów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,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Mszczonów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, Nowa Sucha,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Radziejowice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,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Rybno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>, Sochaczew (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gmina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wiejska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),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Teresin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</w:t>
      </w:r>
      <w:proofErr w:type="spellStart"/>
      <w:r w:rsidRPr="002C3980">
        <w:rPr>
          <w:bCs/>
          <w:i/>
          <w:iCs/>
          <w:color w:val="1B4D3E"/>
          <w:sz w:val="18"/>
          <w:szCs w:val="18"/>
        </w:rPr>
        <w:t>oraz</w:t>
      </w:r>
      <w:proofErr w:type="spellEnd"/>
      <w:r w:rsidRPr="002C3980">
        <w:rPr>
          <w:bCs/>
          <w:i/>
          <w:iCs/>
          <w:color w:val="1B4D3E"/>
          <w:sz w:val="18"/>
          <w:szCs w:val="18"/>
        </w:rPr>
        <w:t xml:space="preserve"> Żabia Wola</w:t>
      </w:r>
      <w:r w:rsidRPr="002C3980">
        <w:rPr>
          <w:bCs/>
          <w:i/>
          <w:iCs/>
          <w:color w:val="1B4D3E"/>
          <w:sz w:val="18"/>
          <w:szCs w:val="1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6624"/>
      </w:tblGrid>
      <w:tr w:rsidR="00BA5137" w14:paraId="6758415A" w14:textId="77777777" w:rsidTr="005A0266">
        <w:trPr>
          <w:jc w:val="center"/>
        </w:trPr>
        <w:tc>
          <w:tcPr>
            <w:tcW w:w="3312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0522D6" w14:textId="77777777" w:rsidR="00BA5137" w:rsidRDefault="00000000">
            <w:r>
              <w:rPr>
                <w:b/>
                <w:color w:val="FFFFFF"/>
                <w:sz w:val="19"/>
              </w:rPr>
              <w:t xml:space="preserve">Pole </w:t>
            </w:r>
            <w:proofErr w:type="spellStart"/>
            <w:r>
              <w:rPr>
                <w:b/>
                <w:color w:val="FFFFFF"/>
                <w:sz w:val="19"/>
              </w:rPr>
              <w:t>formularza</w:t>
            </w:r>
            <w:proofErr w:type="spellEnd"/>
          </w:p>
        </w:tc>
        <w:tc>
          <w:tcPr>
            <w:tcW w:w="6624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165219" w14:textId="77777777" w:rsidR="00BA5137" w:rsidRDefault="00000000">
            <w:r>
              <w:rPr>
                <w:b/>
                <w:color w:val="FFFFFF"/>
                <w:sz w:val="19"/>
              </w:rPr>
              <w:t xml:space="preserve">Dane </w:t>
            </w:r>
            <w:proofErr w:type="spellStart"/>
            <w:r>
              <w:rPr>
                <w:b/>
                <w:color w:val="FFFFFF"/>
                <w:sz w:val="19"/>
              </w:rPr>
              <w:t>Wnioskodawcy</w:t>
            </w:r>
            <w:proofErr w:type="spellEnd"/>
          </w:p>
        </w:tc>
      </w:tr>
      <w:tr w:rsidR="00BA5137" w14:paraId="3B272F5F" w14:textId="77777777" w:rsidTr="005A0266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D00358" w14:textId="77777777" w:rsidR="00BA5137" w:rsidRDefault="00000000">
            <w:pPr>
              <w:spacing w:before="40" w:after="40"/>
            </w:pPr>
            <w:proofErr w:type="spellStart"/>
            <w:r>
              <w:rPr>
                <w:b/>
                <w:sz w:val="18"/>
              </w:rPr>
              <w:t>Pełna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nazwa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podmiotu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organizacji</w:t>
            </w:r>
            <w:proofErr w:type="spellEnd"/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D2528" w14:textId="77777777" w:rsidR="00BA5137" w:rsidRDefault="00000000">
            <w:pPr>
              <w:spacing w:before="40" w:after="40"/>
            </w:pPr>
            <w:r>
              <w:rPr>
                <w:i/>
                <w:color w:val="787878"/>
                <w:sz w:val="17"/>
              </w:rPr>
              <w:br/>
            </w:r>
            <w:r>
              <w:rPr>
                <w:i/>
                <w:color w:val="787878"/>
                <w:sz w:val="17"/>
              </w:rPr>
              <w:br/>
              <w:t>(</w:t>
            </w:r>
            <w:proofErr w:type="spellStart"/>
            <w:r>
              <w:rPr>
                <w:i/>
                <w:color w:val="787878"/>
                <w:sz w:val="17"/>
              </w:rPr>
              <w:t>Należy</w:t>
            </w:r>
            <w:proofErr w:type="spellEnd"/>
            <w:r>
              <w:rPr>
                <w:i/>
                <w:color w:val="787878"/>
                <w:sz w:val="17"/>
              </w:rPr>
              <w:t xml:space="preserve"> </w:t>
            </w:r>
            <w:proofErr w:type="spellStart"/>
            <w:r>
              <w:rPr>
                <w:i/>
                <w:color w:val="787878"/>
                <w:sz w:val="17"/>
              </w:rPr>
              <w:t>podać</w:t>
            </w:r>
            <w:proofErr w:type="spellEnd"/>
            <w:r>
              <w:rPr>
                <w:i/>
                <w:color w:val="787878"/>
                <w:sz w:val="17"/>
              </w:rPr>
              <w:t xml:space="preserve"> </w:t>
            </w:r>
            <w:proofErr w:type="spellStart"/>
            <w:r>
              <w:rPr>
                <w:i/>
                <w:color w:val="787878"/>
                <w:sz w:val="17"/>
              </w:rPr>
              <w:t>pełną</w:t>
            </w:r>
            <w:proofErr w:type="spellEnd"/>
            <w:r>
              <w:rPr>
                <w:i/>
                <w:color w:val="787878"/>
                <w:sz w:val="17"/>
              </w:rPr>
              <w:t xml:space="preserve"> </w:t>
            </w:r>
            <w:proofErr w:type="spellStart"/>
            <w:r>
              <w:rPr>
                <w:i/>
                <w:color w:val="787878"/>
                <w:sz w:val="17"/>
              </w:rPr>
              <w:t>nazwę</w:t>
            </w:r>
            <w:proofErr w:type="spellEnd"/>
            <w:r>
              <w:rPr>
                <w:i/>
                <w:color w:val="787878"/>
                <w:sz w:val="17"/>
              </w:rPr>
              <w:t xml:space="preserve"> </w:t>
            </w:r>
            <w:proofErr w:type="spellStart"/>
            <w:r>
              <w:rPr>
                <w:i/>
                <w:color w:val="787878"/>
                <w:sz w:val="17"/>
              </w:rPr>
              <w:t>rejestrową</w:t>
            </w:r>
            <w:proofErr w:type="spellEnd"/>
            <w:r>
              <w:rPr>
                <w:i/>
                <w:color w:val="787878"/>
                <w:sz w:val="17"/>
              </w:rPr>
              <w:t xml:space="preserve"> z KRS, </w:t>
            </w:r>
            <w:proofErr w:type="spellStart"/>
            <w:r>
              <w:rPr>
                <w:i/>
                <w:color w:val="787878"/>
                <w:sz w:val="17"/>
              </w:rPr>
              <w:t>ewidencji</w:t>
            </w:r>
            <w:proofErr w:type="spellEnd"/>
            <w:r>
              <w:rPr>
                <w:i/>
                <w:color w:val="787878"/>
                <w:sz w:val="17"/>
              </w:rPr>
              <w:t xml:space="preserve"> KGW, </w:t>
            </w:r>
            <w:proofErr w:type="spellStart"/>
            <w:r>
              <w:rPr>
                <w:i/>
                <w:color w:val="787878"/>
                <w:sz w:val="17"/>
              </w:rPr>
              <w:t>rejestru</w:t>
            </w:r>
            <w:proofErr w:type="spellEnd"/>
            <w:r>
              <w:rPr>
                <w:i/>
                <w:color w:val="787878"/>
                <w:sz w:val="17"/>
              </w:rPr>
              <w:t xml:space="preserve"> OSP </w:t>
            </w:r>
            <w:proofErr w:type="spellStart"/>
            <w:r>
              <w:rPr>
                <w:i/>
                <w:color w:val="787878"/>
                <w:sz w:val="17"/>
              </w:rPr>
              <w:t>lub</w:t>
            </w:r>
            <w:proofErr w:type="spellEnd"/>
            <w:r>
              <w:rPr>
                <w:i/>
                <w:color w:val="787878"/>
                <w:sz w:val="17"/>
              </w:rPr>
              <w:t xml:space="preserve"> </w:t>
            </w:r>
            <w:proofErr w:type="spellStart"/>
            <w:r>
              <w:rPr>
                <w:i/>
                <w:color w:val="787878"/>
                <w:sz w:val="17"/>
              </w:rPr>
              <w:t>inną</w:t>
            </w:r>
            <w:proofErr w:type="spellEnd"/>
            <w:r>
              <w:rPr>
                <w:i/>
                <w:color w:val="787878"/>
                <w:sz w:val="17"/>
              </w:rPr>
              <w:t>)</w:t>
            </w:r>
          </w:p>
        </w:tc>
      </w:tr>
      <w:tr w:rsidR="00BA5137" w14:paraId="24202C19" w14:textId="77777777" w:rsidTr="005A0266">
        <w:trPr>
          <w:jc w:val="center"/>
        </w:trPr>
        <w:tc>
          <w:tcPr>
            <w:tcW w:w="331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51200F" w14:textId="77777777" w:rsidR="00BA5137" w:rsidRDefault="00000000">
            <w:pPr>
              <w:spacing w:before="40" w:after="40"/>
            </w:pPr>
            <w:r>
              <w:rPr>
                <w:b/>
                <w:sz w:val="18"/>
              </w:rPr>
              <w:t xml:space="preserve">Forma </w:t>
            </w:r>
            <w:proofErr w:type="spellStart"/>
            <w:r>
              <w:rPr>
                <w:b/>
                <w:sz w:val="18"/>
              </w:rPr>
              <w:t>prawna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Typ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wnioskodawcy</w:t>
            </w:r>
            <w:proofErr w:type="spellEnd"/>
          </w:p>
        </w:tc>
        <w:tc>
          <w:tcPr>
            <w:tcW w:w="6624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47C367" w14:textId="5CC4F6F8" w:rsidR="00BA5137" w:rsidRDefault="00000000">
            <w:pPr>
              <w:spacing w:before="40" w:after="40"/>
            </w:pPr>
            <w:r>
              <w:rPr>
                <w:sz w:val="18"/>
              </w:rPr>
              <w:t>[  ] Koło Gospodyń Wiejskich (</w:t>
            </w:r>
            <w:proofErr w:type="spellStart"/>
            <w:r>
              <w:rPr>
                <w:sz w:val="18"/>
              </w:rPr>
              <w:t>wpisane</w:t>
            </w:r>
            <w:proofErr w:type="spellEnd"/>
            <w:r>
              <w:rPr>
                <w:sz w:val="18"/>
              </w:rPr>
              <w:t xml:space="preserve"> do </w:t>
            </w:r>
            <w:proofErr w:type="spellStart"/>
            <w:r>
              <w:rPr>
                <w:sz w:val="18"/>
              </w:rPr>
              <w:t>ARiMR</w:t>
            </w:r>
            <w:proofErr w:type="spellEnd"/>
            <w:r>
              <w:rPr>
                <w:sz w:val="18"/>
              </w:rPr>
              <w:t xml:space="preserve"> / KRS)</w:t>
            </w:r>
            <w:r>
              <w:rPr>
                <w:sz w:val="18"/>
              </w:rPr>
              <w:br/>
              <w:t xml:space="preserve">[  ] </w:t>
            </w:r>
            <w:proofErr w:type="spellStart"/>
            <w:r>
              <w:rPr>
                <w:sz w:val="18"/>
              </w:rPr>
              <w:t>Ochotnicza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Straż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Pożarna</w:t>
            </w:r>
            <w:proofErr w:type="spellEnd"/>
            <w:r>
              <w:rPr>
                <w:sz w:val="18"/>
              </w:rPr>
              <w:t xml:space="preserve"> (OSP)</w:t>
            </w:r>
            <w:r>
              <w:rPr>
                <w:sz w:val="18"/>
              </w:rPr>
              <w:br/>
              <w:t xml:space="preserve">[  ] </w:t>
            </w:r>
            <w:proofErr w:type="spellStart"/>
            <w:r>
              <w:rPr>
                <w:sz w:val="18"/>
              </w:rPr>
              <w:t>Stowarzyszenie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Fundacja</w:t>
            </w:r>
            <w:proofErr w:type="spellEnd"/>
            <w:r>
              <w:rPr>
                <w:sz w:val="18"/>
              </w:rPr>
              <w:t xml:space="preserve"> (NGO)</w:t>
            </w:r>
            <w:r>
              <w:rPr>
                <w:sz w:val="18"/>
              </w:rPr>
              <w:br/>
              <w:t xml:space="preserve">[  ] </w:t>
            </w:r>
            <w:proofErr w:type="spellStart"/>
            <w:r>
              <w:rPr>
                <w:sz w:val="18"/>
              </w:rPr>
              <w:t>Samorządowa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Instytucja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Kultury</w:t>
            </w:r>
            <w:proofErr w:type="spellEnd"/>
            <w:r>
              <w:rPr>
                <w:sz w:val="18"/>
              </w:rPr>
              <w:t xml:space="preserve"> (np. GOK, </w:t>
            </w:r>
            <w:proofErr w:type="spellStart"/>
            <w:r>
              <w:rPr>
                <w:sz w:val="18"/>
              </w:rPr>
              <w:t>biblioteka</w:t>
            </w:r>
            <w:proofErr w:type="spellEnd"/>
            <w:r>
              <w:rPr>
                <w:sz w:val="18"/>
              </w:rPr>
              <w:t>)</w:t>
            </w:r>
            <w:r>
              <w:rPr>
                <w:sz w:val="18"/>
              </w:rPr>
              <w:br/>
              <w:t xml:space="preserve">[  ] </w:t>
            </w:r>
            <w:proofErr w:type="spellStart"/>
            <w:r w:rsidR="007A22EB" w:rsidRPr="007A22EB">
              <w:rPr>
                <w:sz w:val="18"/>
              </w:rPr>
              <w:t>Jednostka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organizacyjna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nieposiadająca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osobowości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prawnej</w:t>
            </w:r>
            <w:proofErr w:type="spellEnd"/>
            <w:r w:rsidR="007A22EB" w:rsidRPr="007A22EB">
              <w:rPr>
                <w:sz w:val="18"/>
              </w:rPr>
              <w:t xml:space="preserve">, </w:t>
            </w:r>
            <w:proofErr w:type="spellStart"/>
            <w:r w:rsidR="007A22EB" w:rsidRPr="007A22EB">
              <w:rPr>
                <w:sz w:val="18"/>
              </w:rPr>
              <w:t>której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ustawa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przyznaje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zdolność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prawną</w:t>
            </w:r>
            <w:proofErr w:type="spellEnd"/>
            <w:r w:rsidR="007A22EB" w:rsidRPr="007A22EB">
              <w:rPr>
                <w:sz w:val="18"/>
              </w:rPr>
              <w:t xml:space="preserve">, </w:t>
            </w:r>
            <w:proofErr w:type="spellStart"/>
            <w:r w:rsidR="007A22EB" w:rsidRPr="007A22EB">
              <w:rPr>
                <w:sz w:val="18"/>
              </w:rPr>
              <w:t>jeżeli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siedziba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tej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osoby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lub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jej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oddziału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znajduje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się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na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obszarze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wiejskim</w:t>
            </w:r>
            <w:proofErr w:type="spellEnd"/>
            <w:r w:rsidR="007A22EB" w:rsidRPr="007A22EB">
              <w:rPr>
                <w:sz w:val="18"/>
              </w:rPr>
              <w:t xml:space="preserve"> </w:t>
            </w:r>
            <w:proofErr w:type="spellStart"/>
            <w:r w:rsidR="007A22EB" w:rsidRPr="007A22EB">
              <w:rPr>
                <w:sz w:val="18"/>
              </w:rPr>
              <w:t>objętym</w:t>
            </w:r>
            <w:proofErr w:type="spellEnd"/>
            <w:r w:rsidR="007A22EB" w:rsidRPr="007A22EB">
              <w:rPr>
                <w:sz w:val="18"/>
              </w:rPr>
              <w:t xml:space="preserve"> LSR</w:t>
            </w:r>
            <w:r>
              <w:rPr>
                <w:sz w:val="18"/>
              </w:rPr>
              <w:br/>
              <w:t xml:space="preserve">[  ] Grupa </w:t>
            </w:r>
            <w:proofErr w:type="spellStart"/>
            <w:r>
              <w:rPr>
                <w:sz w:val="18"/>
              </w:rPr>
              <w:t>nieformalna</w:t>
            </w:r>
            <w:proofErr w:type="spellEnd"/>
            <w:r>
              <w:rPr>
                <w:sz w:val="18"/>
              </w:rPr>
              <w:t xml:space="preserve"> / Lider </w:t>
            </w:r>
            <w:proofErr w:type="spellStart"/>
            <w:r>
              <w:rPr>
                <w:sz w:val="18"/>
              </w:rPr>
              <w:t>lokalny</w:t>
            </w:r>
            <w:proofErr w:type="spellEnd"/>
            <w:r>
              <w:rPr>
                <w:sz w:val="18"/>
              </w:rPr>
              <w:t xml:space="preserve"> (we </w:t>
            </w:r>
            <w:proofErr w:type="spellStart"/>
            <w:r>
              <w:rPr>
                <w:sz w:val="18"/>
              </w:rPr>
              <w:t>współpracy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uprawnionym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podmiotem</w:t>
            </w:r>
            <w:proofErr w:type="spellEnd"/>
            <w:r>
              <w:rPr>
                <w:sz w:val="18"/>
              </w:rPr>
              <w:t>)</w:t>
            </w:r>
          </w:p>
        </w:tc>
      </w:tr>
      <w:tr w:rsidR="00BA5137" w14:paraId="5B80ECED" w14:textId="77777777" w:rsidTr="005A0266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488138" w14:textId="77777777" w:rsidR="00BA5137" w:rsidRDefault="00000000">
            <w:pPr>
              <w:spacing w:before="40" w:after="40"/>
            </w:pPr>
            <w:r>
              <w:rPr>
                <w:b/>
                <w:sz w:val="18"/>
              </w:rPr>
              <w:t xml:space="preserve">Adres </w:t>
            </w:r>
            <w:proofErr w:type="spellStart"/>
            <w:r>
              <w:rPr>
                <w:b/>
                <w:sz w:val="18"/>
              </w:rPr>
              <w:t>siedziby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oddziału</w:t>
            </w:r>
            <w:proofErr w:type="spellEnd"/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91F56B" w14:textId="77777777" w:rsidR="00BA5137" w:rsidRDefault="00000000">
            <w:pPr>
              <w:spacing w:before="40" w:after="40"/>
            </w:pPr>
            <w:proofErr w:type="spellStart"/>
            <w:r>
              <w:rPr>
                <w:sz w:val="18"/>
              </w:rPr>
              <w:t>Ulica</w:t>
            </w:r>
            <w:proofErr w:type="spellEnd"/>
            <w:r>
              <w:rPr>
                <w:sz w:val="18"/>
              </w:rPr>
              <w:t>, nr: ........................................................................................................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Kod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pocztowy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miejscowość</w:t>
            </w:r>
            <w:proofErr w:type="spellEnd"/>
            <w:r>
              <w:rPr>
                <w:sz w:val="18"/>
              </w:rPr>
              <w:t>: ..................................................................................</w:t>
            </w:r>
          </w:p>
        </w:tc>
      </w:tr>
      <w:tr w:rsidR="00BA5137" w14:paraId="0659B072" w14:textId="77777777" w:rsidTr="005A0266">
        <w:trPr>
          <w:jc w:val="center"/>
        </w:trPr>
        <w:tc>
          <w:tcPr>
            <w:tcW w:w="331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0E2A58" w14:textId="633BFE79" w:rsidR="00BA5137" w:rsidRDefault="00000000">
            <w:pPr>
              <w:spacing w:before="40" w:after="40"/>
            </w:pPr>
            <w:proofErr w:type="spellStart"/>
            <w:r>
              <w:rPr>
                <w:b/>
                <w:sz w:val="18"/>
              </w:rPr>
              <w:t>Gmina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624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7B6189" w14:textId="375D941E" w:rsidR="00BA5137" w:rsidRDefault="00000000">
            <w:pPr>
              <w:spacing w:before="40" w:after="40"/>
            </w:pPr>
            <w:proofErr w:type="spellStart"/>
            <w:r>
              <w:rPr>
                <w:sz w:val="17"/>
              </w:rPr>
              <w:t>Wskaż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właściwą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gminę</w:t>
            </w:r>
            <w:proofErr w:type="spellEnd"/>
            <w:r>
              <w:rPr>
                <w:sz w:val="17"/>
              </w:rPr>
              <w:t xml:space="preserve"> z </w:t>
            </w:r>
            <w:proofErr w:type="spellStart"/>
            <w:r>
              <w:rPr>
                <w:sz w:val="17"/>
              </w:rPr>
              <w:t>obszaru</w:t>
            </w:r>
            <w:proofErr w:type="spellEnd"/>
            <w:r>
              <w:rPr>
                <w:sz w:val="17"/>
              </w:rPr>
              <w:t xml:space="preserve"> LGD „</w:t>
            </w:r>
            <w:proofErr w:type="spellStart"/>
            <w:r>
              <w:rPr>
                <w:sz w:val="17"/>
              </w:rPr>
              <w:t>Ziemia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Chełmońskiego</w:t>
            </w:r>
            <w:proofErr w:type="spellEnd"/>
            <w:r>
              <w:rPr>
                <w:sz w:val="17"/>
              </w:rPr>
              <w:t>”:</w:t>
            </w:r>
            <w:r>
              <w:rPr>
                <w:sz w:val="17"/>
              </w:rPr>
              <w:br/>
              <w:t xml:space="preserve">[  ] </w:t>
            </w:r>
            <w:proofErr w:type="spellStart"/>
            <w:r>
              <w:rPr>
                <w:sz w:val="17"/>
              </w:rPr>
              <w:t>Baranów</w:t>
            </w:r>
            <w:proofErr w:type="spellEnd"/>
            <w:r>
              <w:rPr>
                <w:sz w:val="17"/>
              </w:rPr>
              <w:t>; [  ] Grodzisk Maz</w:t>
            </w:r>
            <w:r w:rsidR="007A22EB">
              <w:rPr>
                <w:sz w:val="17"/>
              </w:rPr>
              <w:t xml:space="preserve"> (gm. </w:t>
            </w:r>
            <w:proofErr w:type="spellStart"/>
            <w:r w:rsidR="007A22EB">
              <w:rPr>
                <w:sz w:val="17"/>
              </w:rPr>
              <w:t>wiejska</w:t>
            </w:r>
            <w:proofErr w:type="spellEnd"/>
            <w:r w:rsidR="007A22EB">
              <w:rPr>
                <w:sz w:val="17"/>
              </w:rPr>
              <w:t>)</w:t>
            </w:r>
            <w:r>
              <w:rPr>
                <w:sz w:val="17"/>
              </w:rPr>
              <w:t xml:space="preserve">.; [  ] </w:t>
            </w:r>
            <w:proofErr w:type="spellStart"/>
            <w:r>
              <w:rPr>
                <w:sz w:val="17"/>
              </w:rPr>
              <w:t>Jaktorów</w:t>
            </w:r>
            <w:proofErr w:type="spellEnd"/>
            <w:r>
              <w:rPr>
                <w:sz w:val="17"/>
              </w:rPr>
              <w:t xml:space="preserve"> [  ] </w:t>
            </w:r>
            <w:proofErr w:type="spellStart"/>
            <w:r>
              <w:rPr>
                <w:sz w:val="17"/>
              </w:rPr>
              <w:t>Mszczonów</w:t>
            </w:r>
            <w:proofErr w:type="spellEnd"/>
            <w:r>
              <w:rPr>
                <w:sz w:val="17"/>
              </w:rPr>
              <w:t>; [  ] Nowa Sucha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lastRenderedPageBreak/>
              <w:t xml:space="preserve">[  ] </w:t>
            </w:r>
            <w:proofErr w:type="spellStart"/>
            <w:r>
              <w:rPr>
                <w:sz w:val="17"/>
              </w:rPr>
              <w:t>Radziejowice</w:t>
            </w:r>
            <w:proofErr w:type="spellEnd"/>
            <w:r>
              <w:rPr>
                <w:sz w:val="17"/>
              </w:rPr>
              <w:t xml:space="preserve">; [  ] </w:t>
            </w:r>
            <w:proofErr w:type="spellStart"/>
            <w:r>
              <w:rPr>
                <w:sz w:val="17"/>
              </w:rPr>
              <w:t>Rybno</w:t>
            </w:r>
            <w:proofErr w:type="spellEnd"/>
            <w:r>
              <w:rPr>
                <w:sz w:val="17"/>
              </w:rPr>
              <w:t xml:space="preserve">; [  ] Sochaczew (gm. </w:t>
            </w:r>
            <w:proofErr w:type="spellStart"/>
            <w:r>
              <w:rPr>
                <w:sz w:val="17"/>
              </w:rPr>
              <w:t>wiejska</w:t>
            </w:r>
            <w:proofErr w:type="spellEnd"/>
            <w:r>
              <w:rPr>
                <w:sz w:val="17"/>
              </w:rPr>
              <w:t xml:space="preserve">); [  ] </w:t>
            </w:r>
            <w:proofErr w:type="spellStart"/>
            <w:r>
              <w:rPr>
                <w:sz w:val="17"/>
              </w:rPr>
              <w:t>Teresin</w:t>
            </w:r>
            <w:proofErr w:type="spellEnd"/>
            <w:r>
              <w:rPr>
                <w:sz w:val="17"/>
              </w:rPr>
              <w:t>; [  ] Żabia Wola</w:t>
            </w:r>
          </w:p>
        </w:tc>
      </w:tr>
      <w:tr w:rsidR="00BA5137" w14:paraId="3FC8EA3E" w14:textId="77777777" w:rsidTr="005A0266">
        <w:trPr>
          <w:jc w:val="center"/>
        </w:trPr>
        <w:tc>
          <w:tcPr>
            <w:tcW w:w="331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57C9E1" w14:textId="77777777" w:rsidR="00BA5137" w:rsidRDefault="00000000">
            <w:pPr>
              <w:spacing w:before="40" w:after="40"/>
            </w:pPr>
            <w:r>
              <w:rPr>
                <w:b/>
                <w:sz w:val="18"/>
              </w:rPr>
              <w:lastRenderedPageBreak/>
              <w:t xml:space="preserve">Osoba do </w:t>
            </w:r>
            <w:proofErr w:type="spellStart"/>
            <w:r>
              <w:rPr>
                <w:b/>
                <w:sz w:val="18"/>
              </w:rPr>
              <w:t>kontaktu</w:t>
            </w:r>
            <w:proofErr w:type="spellEnd"/>
          </w:p>
        </w:tc>
        <w:tc>
          <w:tcPr>
            <w:tcW w:w="6624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E88F29" w14:textId="77777777" w:rsidR="00BA5137" w:rsidRDefault="00000000">
            <w:pPr>
              <w:spacing w:before="40" w:after="40"/>
            </w:pPr>
            <w:proofErr w:type="spellStart"/>
            <w:r>
              <w:rPr>
                <w:sz w:val="18"/>
              </w:rPr>
              <w:t>Imię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nazwisko</w:t>
            </w:r>
            <w:proofErr w:type="spellEnd"/>
            <w:r>
              <w:rPr>
                <w:sz w:val="18"/>
              </w:rPr>
              <w:t>: .............................................................................................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Funkcja</w:t>
            </w:r>
            <w:proofErr w:type="spellEnd"/>
            <w:r>
              <w:rPr>
                <w:sz w:val="18"/>
              </w:rPr>
              <w:t xml:space="preserve"> w </w:t>
            </w:r>
            <w:proofErr w:type="spellStart"/>
            <w:r>
              <w:rPr>
                <w:sz w:val="18"/>
              </w:rPr>
              <w:t>organizacji</w:t>
            </w:r>
            <w:proofErr w:type="spellEnd"/>
            <w:r>
              <w:rPr>
                <w:sz w:val="18"/>
              </w:rPr>
              <w:t>: ........................................................................................</w:t>
            </w:r>
            <w:r>
              <w:rPr>
                <w:sz w:val="18"/>
              </w:rPr>
              <w:br/>
              <w:t>Tel: .................................................... E-mail: ....................................................</w:t>
            </w:r>
          </w:p>
        </w:tc>
      </w:tr>
      <w:tr w:rsidR="00BA5137" w14:paraId="56197FFF" w14:textId="77777777" w:rsidTr="005A0266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CF17E7" w14:textId="77777777" w:rsidR="00BA5137" w:rsidRDefault="00000000">
            <w:pPr>
              <w:spacing w:before="40" w:after="40"/>
            </w:pPr>
            <w:proofErr w:type="spellStart"/>
            <w:r>
              <w:rPr>
                <w:b/>
                <w:sz w:val="18"/>
              </w:rPr>
              <w:t>Zgodność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celów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statutowych</w:t>
            </w:r>
            <w:proofErr w:type="spellEnd"/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D4C86B" w14:textId="1CBF6363" w:rsidR="00BA5137" w:rsidRDefault="00000000">
            <w:pPr>
              <w:spacing w:before="40" w:after="40"/>
            </w:pPr>
            <w:proofErr w:type="spellStart"/>
            <w:r>
              <w:rPr>
                <w:sz w:val="18"/>
              </w:rPr>
              <w:t>Czy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wnioskodawca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posiada</w:t>
            </w:r>
            <w:proofErr w:type="spellEnd"/>
            <w:r>
              <w:rPr>
                <w:sz w:val="18"/>
              </w:rPr>
              <w:t xml:space="preserve"> w </w:t>
            </w:r>
            <w:proofErr w:type="spellStart"/>
            <w:r>
              <w:rPr>
                <w:sz w:val="18"/>
              </w:rPr>
              <w:t>swoim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statucie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regulaminie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cele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zgodne</w:t>
            </w:r>
            <w:proofErr w:type="spellEnd"/>
            <w:r>
              <w:rPr>
                <w:sz w:val="18"/>
              </w:rPr>
              <w:t xml:space="preserve"> z </w:t>
            </w:r>
            <w:proofErr w:type="spellStart"/>
            <w:r>
              <w:rPr>
                <w:sz w:val="18"/>
              </w:rPr>
              <w:t>zakresem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grantu</w:t>
            </w:r>
            <w:proofErr w:type="spellEnd"/>
            <w:r>
              <w:rPr>
                <w:sz w:val="18"/>
              </w:rPr>
              <w:t xml:space="preserve"> (np. </w:t>
            </w:r>
            <w:proofErr w:type="spellStart"/>
            <w:r>
              <w:rPr>
                <w:sz w:val="18"/>
              </w:rPr>
              <w:t>kultura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dziedzictwo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edukacja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rozwój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lokalny</w:t>
            </w:r>
            <w:proofErr w:type="spellEnd"/>
            <w:r>
              <w:rPr>
                <w:sz w:val="18"/>
              </w:rPr>
              <w:t>)?</w:t>
            </w:r>
            <w:r>
              <w:rPr>
                <w:sz w:val="18"/>
              </w:rPr>
              <w:br/>
              <w:t>[  ]</w:t>
            </w:r>
            <w:r w:rsidR="0063439B">
              <w:rPr>
                <w:sz w:val="18"/>
              </w:rPr>
              <w:t xml:space="preserve"> TAK</w:t>
            </w:r>
            <w:r>
              <w:rPr>
                <w:sz w:val="18"/>
              </w:rPr>
              <w:t>; [  ] NIE</w:t>
            </w:r>
          </w:p>
        </w:tc>
      </w:tr>
    </w:tbl>
    <w:p w14:paraId="2B502C49" w14:textId="77777777" w:rsidR="00BA5137" w:rsidRDefault="00BA5137">
      <w:pPr>
        <w:spacing w:after="80"/>
      </w:pPr>
    </w:p>
    <w:p w14:paraId="3DBFAD68" w14:textId="77777777" w:rsidR="00BA5137" w:rsidRDefault="00000000">
      <w:pPr>
        <w:keepNext/>
        <w:spacing w:before="240" w:after="80"/>
      </w:pPr>
      <w:r>
        <w:rPr>
          <w:b/>
          <w:color w:val="1B4D3E"/>
          <w:sz w:val="22"/>
        </w:rPr>
        <w:t>II. CHARAKTERYSTYKA DEDYKOWANEGO PRZEDSIĘWZIĘCIA LSR</w:t>
      </w:r>
    </w:p>
    <w:p w14:paraId="7D6C5428" w14:textId="77777777" w:rsidR="00BA5137" w:rsidRDefault="00000000">
      <w:pPr>
        <w:spacing w:after="80"/>
      </w:pPr>
      <w:proofErr w:type="spellStart"/>
      <w:r>
        <w:rPr>
          <w:b/>
          <w:sz w:val="18"/>
        </w:rPr>
        <w:t>Zaznacz</w:t>
      </w:r>
      <w:proofErr w:type="spellEnd"/>
      <w:r>
        <w:rPr>
          <w:b/>
          <w:sz w:val="18"/>
        </w:rPr>
        <w:t xml:space="preserve"> [X] </w:t>
      </w:r>
      <w:proofErr w:type="spellStart"/>
      <w:r>
        <w:rPr>
          <w:b/>
          <w:sz w:val="18"/>
        </w:rPr>
        <w:t>jeden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główny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zakres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wsparcia</w:t>
      </w:r>
      <w:proofErr w:type="spellEnd"/>
      <w:r>
        <w:rPr>
          <w:b/>
          <w:sz w:val="18"/>
        </w:rPr>
        <w:t xml:space="preserve">, w </w:t>
      </w:r>
      <w:proofErr w:type="spellStart"/>
      <w:r>
        <w:rPr>
          <w:b/>
          <w:sz w:val="18"/>
        </w:rPr>
        <w:t>który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wpisuje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się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planowane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zadanie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grantowe</w:t>
      </w:r>
      <w:proofErr w:type="spellEnd"/>
      <w:r>
        <w:rPr>
          <w:b/>
          <w:sz w:val="1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5328"/>
      </w:tblGrid>
      <w:tr w:rsidR="00BA5137" w14:paraId="2CFC1DEF" w14:textId="77777777" w:rsidTr="005A0266">
        <w:trPr>
          <w:jc w:val="center"/>
        </w:trPr>
        <w:tc>
          <w:tcPr>
            <w:tcW w:w="4608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FE57985" w14:textId="77777777" w:rsidR="00BA5137" w:rsidRDefault="00000000">
            <w:proofErr w:type="spellStart"/>
            <w:r>
              <w:rPr>
                <w:b/>
                <w:color w:val="FFFFFF"/>
                <w:sz w:val="19"/>
              </w:rPr>
              <w:t>Zakres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Wsparcia</w:t>
            </w:r>
            <w:proofErr w:type="spellEnd"/>
            <w:r>
              <w:rPr>
                <w:b/>
                <w:color w:val="FFFFFF"/>
                <w:sz w:val="19"/>
              </w:rPr>
              <w:t xml:space="preserve"> LSR</w:t>
            </w:r>
          </w:p>
        </w:tc>
        <w:tc>
          <w:tcPr>
            <w:tcW w:w="5328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173A7E0" w14:textId="77777777" w:rsidR="00BA5137" w:rsidRDefault="00000000">
            <w:proofErr w:type="spellStart"/>
            <w:r>
              <w:rPr>
                <w:b/>
                <w:color w:val="FFFFFF"/>
                <w:sz w:val="19"/>
              </w:rPr>
              <w:t>Przykładowe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Działania</w:t>
            </w:r>
            <w:proofErr w:type="spellEnd"/>
            <w:r>
              <w:rPr>
                <w:b/>
                <w:color w:val="FFFFFF"/>
                <w:sz w:val="19"/>
              </w:rPr>
              <w:t xml:space="preserve"> i </w:t>
            </w:r>
            <w:proofErr w:type="spellStart"/>
            <w:r>
              <w:rPr>
                <w:b/>
                <w:color w:val="FFFFFF"/>
                <w:sz w:val="19"/>
              </w:rPr>
              <w:t>Obowiązujące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Zastrzeżenia</w:t>
            </w:r>
            <w:proofErr w:type="spellEnd"/>
          </w:p>
        </w:tc>
      </w:tr>
      <w:tr w:rsidR="00BA5137" w14:paraId="5F7DE78F" w14:textId="77777777" w:rsidTr="005A0266">
        <w:trPr>
          <w:jc w:val="center"/>
        </w:trPr>
        <w:tc>
          <w:tcPr>
            <w:tcW w:w="460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52055" w14:textId="77777777" w:rsidR="00BA5137" w:rsidRDefault="00000000">
            <w:pPr>
              <w:spacing w:before="40" w:after="40"/>
            </w:pPr>
            <w:r>
              <w:rPr>
                <w:b/>
                <w:color w:val="1B4D3E"/>
                <w:sz w:val="18"/>
              </w:rPr>
              <w:t xml:space="preserve">[  ] PRZEDSIĘWZIĘCIE P.2.2: </w:t>
            </w:r>
            <w:proofErr w:type="spellStart"/>
            <w:r>
              <w:rPr>
                <w:b/>
                <w:color w:val="1B4D3E"/>
                <w:sz w:val="18"/>
              </w:rPr>
              <w:t>Wzmocnienie</w:t>
            </w:r>
            <w:proofErr w:type="spellEnd"/>
            <w:r>
              <w:rPr>
                <w:b/>
                <w:color w:val="1B4D3E"/>
                <w:sz w:val="18"/>
              </w:rPr>
              <w:t xml:space="preserve"> </w:t>
            </w:r>
            <w:proofErr w:type="spellStart"/>
            <w:r>
              <w:rPr>
                <w:b/>
                <w:color w:val="1B4D3E"/>
                <w:sz w:val="18"/>
              </w:rPr>
              <w:t>ochrony</w:t>
            </w:r>
            <w:proofErr w:type="spellEnd"/>
            <w:r>
              <w:rPr>
                <w:b/>
                <w:color w:val="1B4D3E"/>
                <w:sz w:val="18"/>
              </w:rPr>
              <w:t xml:space="preserve"> </w:t>
            </w:r>
            <w:proofErr w:type="spellStart"/>
            <w:r>
              <w:rPr>
                <w:b/>
                <w:color w:val="1B4D3E"/>
                <w:sz w:val="18"/>
              </w:rPr>
              <w:t>dziedzictwa</w:t>
            </w:r>
            <w:proofErr w:type="spellEnd"/>
            <w:r>
              <w:rPr>
                <w:b/>
                <w:color w:val="1B4D3E"/>
                <w:sz w:val="18"/>
              </w:rPr>
              <w:t xml:space="preserve"> </w:t>
            </w:r>
            <w:proofErr w:type="spellStart"/>
            <w:r>
              <w:rPr>
                <w:b/>
                <w:color w:val="1B4D3E"/>
                <w:sz w:val="18"/>
              </w:rPr>
              <w:t>kulturowego</w:t>
            </w:r>
            <w:proofErr w:type="spellEnd"/>
            <w:r>
              <w:rPr>
                <w:b/>
                <w:color w:val="1B4D3E"/>
                <w:sz w:val="18"/>
              </w:rPr>
              <w:t xml:space="preserve"> i </w:t>
            </w:r>
            <w:proofErr w:type="spellStart"/>
            <w:r>
              <w:rPr>
                <w:b/>
                <w:color w:val="1B4D3E"/>
                <w:sz w:val="18"/>
              </w:rPr>
              <w:t>przyrodniczego</w:t>
            </w:r>
            <w:proofErr w:type="spellEnd"/>
            <w:r>
              <w:rPr>
                <w:b/>
                <w:color w:val="1B4D3E"/>
                <w:sz w:val="18"/>
              </w:rPr>
              <w:t xml:space="preserve"> </w:t>
            </w:r>
            <w:proofErr w:type="spellStart"/>
            <w:r>
              <w:rPr>
                <w:b/>
                <w:color w:val="1B4D3E"/>
                <w:sz w:val="18"/>
              </w:rPr>
              <w:t>obszaru</w:t>
            </w:r>
            <w:proofErr w:type="spellEnd"/>
            <w:r>
              <w:rPr>
                <w:b/>
                <w:color w:val="1B4D3E"/>
                <w:sz w:val="18"/>
              </w:rPr>
              <w:t xml:space="preserve"> </w:t>
            </w:r>
            <w:proofErr w:type="spellStart"/>
            <w:r>
              <w:rPr>
                <w:b/>
                <w:color w:val="1B4D3E"/>
                <w:sz w:val="18"/>
              </w:rPr>
              <w:t>objętego</w:t>
            </w:r>
            <w:proofErr w:type="spellEnd"/>
            <w:r>
              <w:rPr>
                <w:b/>
                <w:color w:val="1B4D3E"/>
                <w:sz w:val="18"/>
              </w:rPr>
              <w:t xml:space="preserve"> LSR</w:t>
            </w:r>
          </w:p>
        </w:tc>
        <w:tc>
          <w:tcPr>
            <w:tcW w:w="532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8633CC" w14:textId="77777777" w:rsidR="00BA5137" w:rsidRPr="00E40A27" w:rsidRDefault="00000000">
            <w:pPr>
              <w:spacing w:before="40" w:after="40"/>
              <w:rPr>
                <w:i/>
                <w:iCs/>
              </w:rPr>
            </w:pPr>
            <w:r w:rsidRPr="00E40A27">
              <w:rPr>
                <w:i/>
                <w:iCs/>
                <w:color w:val="464646"/>
                <w:sz w:val="17"/>
              </w:rPr>
              <w:t xml:space="preserve">•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Doposażenie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organizacji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(np.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tradycyjne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stroje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ludowe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instrumenty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muzyczne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sprzęt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namioty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meble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biesiadne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>).</w:t>
            </w:r>
            <w:r w:rsidRPr="00E40A27">
              <w:rPr>
                <w:i/>
                <w:iCs/>
                <w:color w:val="464646"/>
                <w:sz w:val="17"/>
              </w:rPr>
              <w:br/>
              <w:t xml:space="preserve">• Organizacja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wydarzeń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i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warsztatów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(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festyny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historyczne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warsztaty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kulinarne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rękodzielnicze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plenery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artystyczne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kultywujące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tradycje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Ziemi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Chełmońskiego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>).</w:t>
            </w:r>
            <w:r w:rsidRPr="00E40A27">
              <w:rPr>
                <w:i/>
                <w:iCs/>
                <w:color w:val="464646"/>
                <w:sz w:val="17"/>
              </w:rPr>
              <w:br/>
              <w:t xml:space="preserve">•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Publikacje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i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promocja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(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przewodniki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albumy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kroniki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regionalne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>).</w:t>
            </w:r>
            <w:r w:rsidRPr="00E40A27">
              <w:rPr>
                <w:i/>
                <w:iCs/>
                <w:color w:val="464646"/>
                <w:sz w:val="17"/>
              </w:rPr>
              <w:br/>
              <w:t>*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Wymóg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przy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zabytkach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: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wpis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do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rejestru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>/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ewidencji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zabytków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;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przy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przyrodzie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: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obszary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chronione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>.</w:t>
            </w:r>
          </w:p>
        </w:tc>
      </w:tr>
      <w:tr w:rsidR="00BA5137" w14:paraId="466A339A" w14:textId="77777777" w:rsidTr="005A0266">
        <w:trPr>
          <w:jc w:val="center"/>
        </w:trPr>
        <w:tc>
          <w:tcPr>
            <w:tcW w:w="4608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29399A" w14:textId="77777777" w:rsidR="00BA5137" w:rsidRDefault="00000000">
            <w:pPr>
              <w:spacing w:before="40" w:after="40"/>
            </w:pPr>
            <w:r>
              <w:rPr>
                <w:b/>
                <w:color w:val="1B4D3E"/>
                <w:sz w:val="18"/>
              </w:rPr>
              <w:t xml:space="preserve">[  ] PRZEDSIĘWZIĘCIE P.2.3: </w:t>
            </w:r>
            <w:proofErr w:type="spellStart"/>
            <w:r>
              <w:rPr>
                <w:b/>
                <w:color w:val="1B4D3E"/>
                <w:sz w:val="18"/>
              </w:rPr>
              <w:t>Kształtowanie</w:t>
            </w:r>
            <w:proofErr w:type="spellEnd"/>
            <w:r>
              <w:rPr>
                <w:b/>
                <w:color w:val="1B4D3E"/>
                <w:sz w:val="18"/>
              </w:rPr>
              <w:t xml:space="preserve"> </w:t>
            </w:r>
            <w:proofErr w:type="spellStart"/>
            <w:r>
              <w:rPr>
                <w:b/>
                <w:color w:val="1B4D3E"/>
                <w:sz w:val="18"/>
              </w:rPr>
              <w:t>świadomości</w:t>
            </w:r>
            <w:proofErr w:type="spellEnd"/>
            <w:r>
              <w:rPr>
                <w:b/>
                <w:color w:val="1B4D3E"/>
                <w:sz w:val="18"/>
              </w:rPr>
              <w:t xml:space="preserve"> </w:t>
            </w:r>
            <w:proofErr w:type="spellStart"/>
            <w:r>
              <w:rPr>
                <w:b/>
                <w:color w:val="1B4D3E"/>
                <w:sz w:val="18"/>
              </w:rPr>
              <w:t>obywatelskiej</w:t>
            </w:r>
            <w:proofErr w:type="spellEnd"/>
            <w:r>
              <w:rPr>
                <w:b/>
                <w:color w:val="1B4D3E"/>
                <w:sz w:val="18"/>
              </w:rPr>
              <w:t xml:space="preserve"> i </w:t>
            </w:r>
            <w:proofErr w:type="spellStart"/>
            <w:r>
              <w:rPr>
                <w:b/>
                <w:color w:val="1B4D3E"/>
                <w:sz w:val="18"/>
              </w:rPr>
              <w:t>rozwój</w:t>
            </w:r>
            <w:proofErr w:type="spellEnd"/>
            <w:r>
              <w:rPr>
                <w:b/>
                <w:color w:val="1B4D3E"/>
                <w:sz w:val="18"/>
              </w:rPr>
              <w:t xml:space="preserve"> </w:t>
            </w:r>
            <w:proofErr w:type="spellStart"/>
            <w:r>
              <w:rPr>
                <w:b/>
                <w:color w:val="1B4D3E"/>
                <w:sz w:val="18"/>
              </w:rPr>
              <w:t>społeczeństwa</w:t>
            </w:r>
            <w:proofErr w:type="spellEnd"/>
            <w:r>
              <w:rPr>
                <w:b/>
                <w:color w:val="1B4D3E"/>
                <w:sz w:val="18"/>
              </w:rPr>
              <w:t xml:space="preserve"> </w:t>
            </w:r>
            <w:proofErr w:type="spellStart"/>
            <w:r>
              <w:rPr>
                <w:b/>
                <w:color w:val="1B4D3E"/>
                <w:sz w:val="18"/>
              </w:rPr>
              <w:t>obywatelskiego</w:t>
            </w:r>
            <w:proofErr w:type="spellEnd"/>
          </w:p>
        </w:tc>
        <w:tc>
          <w:tcPr>
            <w:tcW w:w="5328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3D549" w14:textId="77777777" w:rsidR="00BA5137" w:rsidRPr="00E40A27" w:rsidRDefault="00000000">
            <w:pPr>
              <w:spacing w:before="40" w:after="40"/>
              <w:rPr>
                <w:i/>
                <w:iCs/>
              </w:rPr>
            </w:pPr>
            <w:r w:rsidRPr="00E40A27">
              <w:rPr>
                <w:i/>
                <w:iCs/>
                <w:color w:val="464646"/>
                <w:sz w:val="17"/>
              </w:rPr>
              <w:t xml:space="preserve">•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Szkolenia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warsztaty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prelekcje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i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kursy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(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edukacja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proekologiczna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kompetencje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cyfrowe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>/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przedsiębiorcze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rozwój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liderów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lokalnych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>).</w:t>
            </w:r>
            <w:r w:rsidRPr="00E40A27">
              <w:rPr>
                <w:i/>
                <w:iCs/>
                <w:color w:val="464646"/>
                <w:sz w:val="17"/>
              </w:rPr>
              <w:br/>
              <w:t xml:space="preserve">•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Budowanie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postaw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obywatelskich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aktywizacja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wolontariatu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walka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z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dezinformacją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odporność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cywilna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>.</w:t>
            </w:r>
            <w:r w:rsidRPr="00E40A27">
              <w:rPr>
                <w:i/>
                <w:iCs/>
                <w:color w:val="464646"/>
                <w:sz w:val="17"/>
              </w:rPr>
              <w:br/>
              <w:t xml:space="preserve">*UWAGA: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Bezwzględny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zakaz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realizacji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prac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budowlanych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oraz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przebudowy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color w:val="464646"/>
                <w:sz w:val="17"/>
              </w:rPr>
              <w:t>infrastruktury</w:t>
            </w:r>
            <w:proofErr w:type="spellEnd"/>
            <w:r w:rsidRPr="00E40A27">
              <w:rPr>
                <w:i/>
                <w:iCs/>
                <w:color w:val="464646"/>
                <w:sz w:val="17"/>
              </w:rPr>
              <w:t>!</w:t>
            </w:r>
          </w:p>
        </w:tc>
      </w:tr>
    </w:tbl>
    <w:p w14:paraId="734A6BDD" w14:textId="77777777" w:rsidR="00BA5137" w:rsidRDefault="00BA5137">
      <w:pPr>
        <w:spacing w:after="80"/>
      </w:pPr>
    </w:p>
    <w:p w14:paraId="09190416" w14:textId="32CC4E81" w:rsidR="00BA5137" w:rsidRDefault="00000000">
      <w:pPr>
        <w:keepNext/>
        <w:spacing w:before="240" w:after="80"/>
      </w:pPr>
      <w:r>
        <w:rPr>
          <w:b/>
          <w:color w:val="1B4D3E"/>
          <w:sz w:val="22"/>
        </w:rPr>
        <w:t xml:space="preserve">III. OPIS KONCEPCJI PROJEKTU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6624"/>
      </w:tblGrid>
      <w:tr w:rsidR="00BA5137" w14:paraId="643CD2C6" w14:textId="77777777" w:rsidTr="005A0266">
        <w:trPr>
          <w:jc w:val="center"/>
        </w:trPr>
        <w:tc>
          <w:tcPr>
            <w:tcW w:w="3312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FBE6AC7" w14:textId="77777777" w:rsidR="00BA5137" w:rsidRDefault="00000000">
            <w:r>
              <w:rPr>
                <w:b/>
                <w:color w:val="FFFFFF"/>
                <w:sz w:val="19"/>
              </w:rPr>
              <w:t xml:space="preserve">Element </w:t>
            </w:r>
            <w:proofErr w:type="spellStart"/>
            <w:r>
              <w:rPr>
                <w:b/>
                <w:color w:val="FFFFFF"/>
                <w:sz w:val="19"/>
              </w:rPr>
              <w:t>Opisowy</w:t>
            </w:r>
            <w:proofErr w:type="spellEnd"/>
          </w:p>
        </w:tc>
        <w:tc>
          <w:tcPr>
            <w:tcW w:w="6624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132344" w14:textId="77777777" w:rsidR="00BA5137" w:rsidRDefault="00000000">
            <w:proofErr w:type="spellStart"/>
            <w:r>
              <w:rPr>
                <w:b/>
                <w:color w:val="FFFFFF"/>
                <w:sz w:val="19"/>
              </w:rPr>
              <w:t>Szczegółowy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Treść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Zgłoszenia</w:t>
            </w:r>
            <w:proofErr w:type="spellEnd"/>
          </w:p>
        </w:tc>
      </w:tr>
      <w:tr w:rsidR="00BA5137" w14:paraId="42B2A9F4" w14:textId="77777777" w:rsidTr="005A0266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EE56D" w14:textId="77777777" w:rsidR="00BA5137" w:rsidRDefault="00000000">
            <w:pPr>
              <w:spacing w:before="40" w:after="40"/>
            </w:pPr>
            <w:r>
              <w:rPr>
                <w:b/>
                <w:sz w:val="18"/>
              </w:rPr>
              <w:t xml:space="preserve">1. </w:t>
            </w:r>
            <w:proofErr w:type="spellStart"/>
            <w:r>
              <w:rPr>
                <w:b/>
                <w:sz w:val="18"/>
              </w:rPr>
              <w:t>Tytuł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projektu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zadania</w:t>
            </w:r>
            <w:proofErr w:type="spellEnd"/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444DE" w14:textId="77777777" w:rsidR="00BA5137" w:rsidRDefault="00000000">
            <w:pPr>
              <w:spacing w:before="40" w:after="40"/>
            </w:pPr>
            <w:r>
              <w:rPr>
                <w:i/>
                <w:color w:val="787878"/>
                <w:sz w:val="17"/>
              </w:rPr>
              <w:br/>
              <w:t>(</w:t>
            </w:r>
            <w:proofErr w:type="spellStart"/>
            <w:r>
              <w:rPr>
                <w:i/>
                <w:color w:val="787878"/>
                <w:sz w:val="17"/>
              </w:rPr>
              <w:t>Zwięzły</w:t>
            </w:r>
            <w:proofErr w:type="spellEnd"/>
            <w:r>
              <w:rPr>
                <w:i/>
                <w:color w:val="787878"/>
                <w:sz w:val="17"/>
              </w:rPr>
              <w:t xml:space="preserve"> i </w:t>
            </w:r>
            <w:proofErr w:type="spellStart"/>
            <w:r>
              <w:rPr>
                <w:i/>
                <w:color w:val="787878"/>
                <w:sz w:val="17"/>
              </w:rPr>
              <w:t>jednoznaczny</w:t>
            </w:r>
            <w:proofErr w:type="spellEnd"/>
            <w:r>
              <w:rPr>
                <w:i/>
                <w:color w:val="787878"/>
                <w:sz w:val="17"/>
              </w:rPr>
              <w:t xml:space="preserve"> </w:t>
            </w:r>
            <w:proofErr w:type="spellStart"/>
            <w:r>
              <w:rPr>
                <w:i/>
                <w:color w:val="787878"/>
                <w:sz w:val="17"/>
              </w:rPr>
              <w:t>tytuł</w:t>
            </w:r>
            <w:proofErr w:type="spellEnd"/>
            <w:r>
              <w:rPr>
                <w:i/>
                <w:color w:val="787878"/>
                <w:sz w:val="17"/>
              </w:rPr>
              <w:t>, np. „</w:t>
            </w:r>
            <w:proofErr w:type="spellStart"/>
            <w:r>
              <w:rPr>
                <w:i/>
                <w:color w:val="787878"/>
                <w:sz w:val="17"/>
              </w:rPr>
              <w:t>Cykl</w:t>
            </w:r>
            <w:proofErr w:type="spellEnd"/>
            <w:r>
              <w:rPr>
                <w:i/>
                <w:color w:val="787878"/>
                <w:sz w:val="17"/>
              </w:rPr>
              <w:t xml:space="preserve"> </w:t>
            </w:r>
            <w:proofErr w:type="spellStart"/>
            <w:r>
              <w:rPr>
                <w:i/>
                <w:color w:val="787878"/>
                <w:sz w:val="17"/>
              </w:rPr>
              <w:t>warsztatów</w:t>
            </w:r>
            <w:proofErr w:type="spellEnd"/>
            <w:r>
              <w:rPr>
                <w:i/>
                <w:color w:val="787878"/>
                <w:sz w:val="17"/>
              </w:rPr>
              <w:t xml:space="preserve"> </w:t>
            </w:r>
            <w:proofErr w:type="spellStart"/>
            <w:r>
              <w:rPr>
                <w:i/>
                <w:color w:val="787878"/>
                <w:sz w:val="17"/>
              </w:rPr>
              <w:t>kulinarno-rękodzielniczych</w:t>
            </w:r>
            <w:proofErr w:type="spellEnd"/>
            <w:r>
              <w:rPr>
                <w:i/>
                <w:color w:val="787878"/>
                <w:sz w:val="17"/>
              </w:rPr>
              <w:t xml:space="preserve"> w </w:t>
            </w:r>
            <w:proofErr w:type="spellStart"/>
            <w:r>
              <w:rPr>
                <w:i/>
                <w:color w:val="787878"/>
                <w:sz w:val="17"/>
              </w:rPr>
              <w:t>Miejscowości</w:t>
            </w:r>
            <w:proofErr w:type="spellEnd"/>
            <w:r>
              <w:rPr>
                <w:i/>
                <w:color w:val="787878"/>
                <w:sz w:val="17"/>
              </w:rPr>
              <w:t xml:space="preserve"> X”)</w:t>
            </w:r>
          </w:p>
        </w:tc>
      </w:tr>
      <w:tr w:rsidR="00BA5137" w14:paraId="38DE8258" w14:textId="77777777" w:rsidTr="005A0266">
        <w:trPr>
          <w:jc w:val="center"/>
        </w:trPr>
        <w:tc>
          <w:tcPr>
            <w:tcW w:w="331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2EBD0C" w14:textId="62EC6FA5" w:rsidR="00BA5137" w:rsidRDefault="00000000">
            <w:pPr>
              <w:spacing w:before="40" w:after="40"/>
            </w:pPr>
            <w:r>
              <w:rPr>
                <w:b/>
                <w:sz w:val="18"/>
              </w:rPr>
              <w:t xml:space="preserve">2. </w:t>
            </w:r>
            <w:proofErr w:type="spellStart"/>
            <w:r>
              <w:rPr>
                <w:b/>
                <w:sz w:val="18"/>
              </w:rPr>
              <w:t>Lokalizacja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zadania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624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7532C" w14:textId="77777777" w:rsidR="00BA5137" w:rsidRDefault="00000000">
            <w:pPr>
              <w:spacing w:before="40" w:after="40"/>
            </w:pPr>
            <w:proofErr w:type="spellStart"/>
            <w:r>
              <w:rPr>
                <w:sz w:val="18"/>
              </w:rPr>
              <w:t>Miejscowość</w:t>
            </w:r>
            <w:proofErr w:type="spellEnd"/>
            <w:r>
              <w:rPr>
                <w:sz w:val="18"/>
              </w:rPr>
              <w:t xml:space="preserve">: .................................................... </w:t>
            </w:r>
            <w:proofErr w:type="spellStart"/>
            <w:r>
              <w:rPr>
                <w:sz w:val="18"/>
              </w:rPr>
              <w:t>Gmina</w:t>
            </w:r>
            <w:proofErr w:type="spellEnd"/>
            <w:r>
              <w:rPr>
                <w:sz w:val="18"/>
              </w:rPr>
              <w:t>: ....................................................</w:t>
            </w:r>
          </w:p>
        </w:tc>
      </w:tr>
      <w:tr w:rsidR="00BA5137" w14:paraId="566612E4" w14:textId="77777777" w:rsidTr="005A0266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3B4F1F" w14:textId="23840368" w:rsidR="00BA5137" w:rsidRDefault="00000000">
            <w:pPr>
              <w:spacing w:before="40" w:after="40"/>
            </w:pPr>
            <w:r>
              <w:rPr>
                <w:b/>
                <w:sz w:val="18"/>
              </w:rPr>
              <w:t xml:space="preserve">3. Cele </w:t>
            </w:r>
            <w:proofErr w:type="spellStart"/>
            <w:r>
              <w:rPr>
                <w:b/>
                <w:sz w:val="18"/>
              </w:rPr>
              <w:t>projektowe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770F4C" w14:textId="77777777" w:rsidR="005A0266" w:rsidRDefault="00000000">
            <w:pPr>
              <w:spacing w:before="40" w:after="40"/>
              <w:rPr>
                <w:i/>
                <w:iCs/>
                <w:sz w:val="18"/>
              </w:rPr>
            </w:pPr>
            <w:proofErr w:type="spellStart"/>
            <w:r w:rsidRPr="00E40A27">
              <w:rPr>
                <w:i/>
                <w:iCs/>
                <w:sz w:val="18"/>
              </w:rPr>
              <w:t>Opisz</w:t>
            </w:r>
            <w:proofErr w:type="spellEnd"/>
            <w:r w:rsidRPr="00E40A27">
              <w:rPr>
                <w:i/>
                <w:iCs/>
                <w:sz w:val="18"/>
              </w:rPr>
              <w:t xml:space="preserve">, </w:t>
            </w:r>
            <w:proofErr w:type="spellStart"/>
            <w:r w:rsidRPr="00E40A27">
              <w:rPr>
                <w:i/>
                <w:iCs/>
                <w:sz w:val="18"/>
              </w:rPr>
              <w:t>jaki</w:t>
            </w:r>
            <w:proofErr w:type="spellEnd"/>
            <w:r w:rsidRPr="00E40A27">
              <w:rPr>
                <w:i/>
                <w:iCs/>
                <w:sz w:val="18"/>
              </w:rPr>
              <w:t xml:space="preserve"> jest </w:t>
            </w:r>
            <w:proofErr w:type="spellStart"/>
            <w:r w:rsidRPr="00E40A27">
              <w:rPr>
                <w:i/>
                <w:iCs/>
                <w:sz w:val="18"/>
              </w:rPr>
              <w:t>główny</w:t>
            </w:r>
            <w:proofErr w:type="spellEnd"/>
            <w:r w:rsidRPr="00E40A27">
              <w:rPr>
                <w:i/>
                <w:iCs/>
                <w:sz w:val="18"/>
              </w:rPr>
              <w:t xml:space="preserve"> cel </w:t>
            </w:r>
            <w:proofErr w:type="spellStart"/>
            <w:r w:rsidRPr="00E40A27">
              <w:rPr>
                <w:i/>
                <w:iCs/>
                <w:sz w:val="18"/>
              </w:rPr>
              <w:t>zadania</w:t>
            </w:r>
            <w:proofErr w:type="spellEnd"/>
            <w:r w:rsidRPr="00E40A27">
              <w:rPr>
                <w:i/>
                <w:iCs/>
                <w:sz w:val="18"/>
              </w:rPr>
              <w:t xml:space="preserve">, </w:t>
            </w:r>
            <w:proofErr w:type="spellStart"/>
            <w:r w:rsidRPr="00E40A27">
              <w:rPr>
                <w:i/>
                <w:iCs/>
                <w:sz w:val="18"/>
              </w:rPr>
              <w:t>jaki</w:t>
            </w:r>
            <w:proofErr w:type="spellEnd"/>
            <w:r w:rsidRPr="00E40A27">
              <w:rPr>
                <w:i/>
                <w:iCs/>
                <w:sz w:val="18"/>
              </w:rPr>
              <w:t xml:space="preserve"> problem </w:t>
            </w:r>
            <w:proofErr w:type="spellStart"/>
            <w:r w:rsidRPr="00E40A27">
              <w:rPr>
                <w:i/>
                <w:iCs/>
                <w:sz w:val="18"/>
              </w:rPr>
              <w:t>lokalny</w:t>
            </w:r>
            <w:proofErr w:type="spellEnd"/>
            <w:r w:rsidRPr="00E40A27">
              <w:rPr>
                <w:i/>
                <w:iCs/>
                <w:sz w:val="18"/>
              </w:rPr>
              <w:t xml:space="preserve"> </w:t>
            </w:r>
            <w:proofErr w:type="spellStart"/>
            <w:r w:rsidRPr="00E40A27">
              <w:rPr>
                <w:i/>
                <w:iCs/>
                <w:sz w:val="18"/>
              </w:rPr>
              <w:t>rozwiązuje</w:t>
            </w:r>
            <w:proofErr w:type="spellEnd"/>
            <w:r w:rsidRPr="00E40A27">
              <w:rPr>
                <w:i/>
                <w:iCs/>
                <w:sz w:val="18"/>
              </w:rPr>
              <w:t xml:space="preserve"> i </w:t>
            </w:r>
            <w:proofErr w:type="spellStart"/>
            <w:r w:rsidRPr="00E40A27">
              <w:rPr>
                <w:i/>
                <w:iCs/>
                <w:sz w:val="18"/>
              </w:rPr>
              <w:t>dlaczego</w:t>
            </w:r>
            <w:proofErr w:type="spellEnd"/>
            <w:r w:rsidRPr="00E40A27">
              <w:rPr>
                <w:i/>
                <w:iCs/>
                <w:sz w:val="18"/>
              </w:rPr>
              <w:t xml:space="preserve"> jest </w:t>
            </w:r>
            <w:proofErr w:type="spellStart"/>
            <w:r w:rsidRPr="00E40A27">
              <w:rPr>
                <w:i/>
                <w:iCs/>
                <w:sz w:val="18"/>
              </w:rPr>
              <w:t>potrzebny</w:t>
            </w:r>
            <w:proofErr w:type="spellEnd"/>
            <w:r w:rsidRPr="00E40A27">
              <w:rPr>
                <w:i/>
                <w:iCs/>
                <w:sz w:val="18"/>
              </w:rPr>
              <w:t xml:space="preserve"> </w:t>
            </w:r>
            <w:proofErr w:type="spellStart"/>
            <w:r w:rsidRPr="00E40A27">
              <w:rPr>
                <w:i/>
                <w:iCs/>
                <w:sz w:val="18"/>
              </w:rPr>
              <w:t>społeczności</w:t>
            </w:r>
            <w:proofErr w:type="spellEnd"/>
            <w:r w:rsidRPr="00E40A27">
              <w:rPr>
                <w:i/>
                <w:iCs/>
                <w:sz w:val="18"/>
              </w:rPr>
              <w:t>:</w:t>
            </w:r>
            <w:r w:rsidRPr="00E40A27">
              <w:rPr>
                <w:i/>
                <w:iCs/>
                <w:sz w:val="18"/>
              </w:rPr>
              <w:br/>
            </w:r>
            <w:r w:rsidRPr="00E40A27">
              <w:rPr>
                <w:i/>
                <w:iCs/>
                <w:sz w:val="18"/>
              </w:rPr>
              <w:br/>
            </w:r>
            <w:r w:rsidRPr="00E40A27">
              <w:rPr>
                <w:i/>
                <w:iCs/>
                <w:sz w:val="18"/>
              </w:rPr>
              <w:lastRenderedPageBreak/>
              <w:br/>
            </w:r>
          </w:p>
          <w:p w14:paraId="16B858CC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019CE954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056E4CDF" w14:textId="77777777" w:rsidR="00C41A6B" w:rsidRDefault="00C41A6B">
            <w:pPr>
              <w:spacing w:before="40" w:after="40"/>
              <w:rPr>
                <w:i/>
                <w:iCs/>
                <w:sz w:val="18"/>
              </w:rPr>
            </w:pPr>
          </w:p>
          <w:p w14:paraId="24FAD445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4622461C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0FAD78BF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3D573A58" w14:textId="5E697B56" w:rsidR="00BA5137" w:rsidRPr="00E40A27" w:rsidRDefault="00000000">
            <w:pPr>
              <w:spacing w:before="40" w:after="40"/>
              <w:rPr>
                <w:i/>
                <w:iCs/>
              </w:rPr>
            </w:pPr>
            <w:r w:rsidRPr="00E40A27">
              <w:rPr>
                <w:i/>
                <w:iCs/>
                <w:sz w:val="18"/>
              </w:rPr>
              <w:br/>
            </w:r>
          </w:p>
        </w:tc>
      </w:tr>
      <w:tr w:rsidR="00BA5137" w14:paraId="63093683" w14:textId="77777777" w:rsidTr="005A0266">
        <w:trPr>
          <w:jc w:val="center"/>
        </w:trPr>
        <w:tc>
          <w:tcPr>
            <w:tcW w:w="331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F9543" w14:textId="3E106A24" w:rsidR="00BA5137" w:rsidRDefault="00000000">
            <w:pPr>
              <w:spacing w:before="40" w:after="40"/>
            </w:pPr>
            <w:r>
              <w:rPr>
                <w:b/>
                <w:sz w:val="18"/>
              </w:rPr>
              <w:lastRenderedPageBreak/>
              <w:t xml:space="preserve">4. </w:t>
            </w:r>
            <w:proofErr w:type="spellStart"/>
            <w:r>
              <w:rPr>
                <w:b/>
                <w:sz w:val="18"/>
              </w:rPr>
              <w:t>Odbiorcy</w:t>
            </w:r>
            <w:proofErr w:type="spellEnd"/>
            <w:r>
              <w:rPr>
                <w:b/>
                <w:sz w:val="18"/>
              </w:rPr>
              <w:t xml:space="preserve"> i </w:t>
            </w:r>
            <w:proofErr w:type="spellStart"/>
            <w:r>
              <w:rPr>
                <w:b/>
                <w:sz w:val="18"/>
              </w:rPr>
              <w:t>beneficjenci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624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0D1E3" w14:textId="77777777" w:rsidR="00BA5137" w:rsidRDefault="00000000">
            <w:pPr>
              <w:spacing w:before="40" w:after="40"/>
              <w:rPr>
                <w:i/>
                <w:iCs/>
              </w:rPr>
            </w:pPr>
            <w:proofErr w:type="spellStart"/>
            <w:r w:rsidRPr="00E40A27">
              <w:rPr>
                <w:i/>
                <w:iCs/>
                <w:sz w:val="17"/>
              </w:rPr>
              <w:t>Kto</w:t>
            </w:r>
            <w:proofErr w:type="spellEnd"/>
            <w:r w:rsidRPr="00E40A27">
              <w:rPr>
                <w:i/>
                <w:iCs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sz w:val="17"/>
              </w:rPr>
              <w:t>będzie</w:t>
            </w:r>
            <w:proofErr w:type="spellEnd"/>
            <w:r w:rsidRPr="00E40A27">
              <w:rPr>
                <w:i/>
                <w:iCs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sz w:val="17"/>
              </w:rPr>
              <w:t>bezpośrednim</w:t>
            </w:r>
            <w:proofErr w:type="spellEnd"/>
            <w:r w:rsidRPr="00E40A27">
              <w:rPr>
                <w:i/>
                <w:iCs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sz w:val="17"/>
              </w:rPr>
              <w:t>odbiorcą</w:t>
            </w:r>
            <w:proofErr w:type="spellEnd"/>
            <w:r w:rsidRPr="00E40A27">
              <w:rPr>
                <w:i/>
                <w:iCs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sz w:val="17"/>
              </w:rPr>
              <w:t>projektu</w:t>
            </w:r>
            <w:proofErr w:type="spellEnd"/>
            <w:r w:rsidRPr="00E40A27">
              <w:rPr>
                <w:i/>
                <w:iCs/>
                <w:sz w:val="17"/>
              </w:rPr>
              <w:t xml:space="preserve"> (</w:t>
            </w:r>
            <w:proofErr w:type="spellStart"/>
            <w:r w:rsidRPr="00E40A27">
              <w:rPr>
                <w:i/>
                <w:iCs/>
                <w:sz w:val="17"/>
              </w:rPr>
              <w:t>liczba</w:t>
            </w:r>
            <w:proofErr w:type="spellEnd"/>
            <w:r w:rsidRPr="00E40A27">
              <w:rPr>
                <w:i/>
                <w:iCs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sz w:val="17"/>
              </w:rPr>
              <w:t>osób</w:t>
            </w:r>
            <w:proofErr w:type="spellEnd"/>
            <w:r w:rsidRPr="00E40A27">
              <w:rPr>
                <w:i/>
                <w:iCs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sz w:val="17"/>
              </w:rPr>
              <w:t>wiek</w:t>
            </w:r>
            <w:proofErr w:type="spellEnd"/>
            <w:r w:rsidRPr="00E40A27">
              <w:rPr>
                <w:i/>
                <w:iCs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sz w:val="17"/>
              </w:rPr>
              <w:t>charakterystyka</w:t>
            </w:r>
            <w:proofErr w:type="spellEnd"/>
            <w:r w:rsidRPr="00E40A27">
              <w:rPr>
                <w:i/>
                <w:iCs/>
                <w:sz w:val="17"/>
              </w:rPr>
              <w:t>)?</w:t>
            </w:r>
            <w:r w:rsidRPr="00E40A27">
              <w:rPr>
                <w:i/>
                <w:iCs/>
                <w:sz w:val="17"/>
              </w:rPr>
              <w:br/>
            </w:r>
            <w:proofErr w:type="spellStart"/>
            <w:r w:rsidRPr="00E40A27">
              <w:rPr>
                <w:i/>
                <w:iCs/>
                <w:sz w:val="17"/>
              </w:rPr>
              <w:t>Czy</w:t>
            </w:r>
            <w:proofErr w:type="spellEnd"/>
            <w:r w:rsidRPr="00E40A27">
              <w:rPr>
                <w:i/>
                <w:iCs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sz w:val="17"/>
              </w:rPr>
              <w:t>projekt</w:t>
            </w:r>
            <w:proofErr w:type="spellEnd"/>
            <w:r w:rsidRPr="00E40A27">
              <w:rPr>
                <w:i/>
                <w:iCs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sz w:val="17"/>
              </w:rPr>
              <w:t>angażuje</w:t>
            </w:r>
            <w:proofErr w:type="spellEnd"/>
            <w:r w:rsidRPr="00E40A27">
              <w:rPr>
                <w:i/>
                <w:iCs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sz w:val="17"/>
              </w:rPr>
              <w:t>grupy</w:t>
            </w:r>
            <w:proofErr w:type="spellEnd"/>
            <w:r w:rsidRPr="00E40A27">
              <w:rPr>
                <w:i/>
                <w:iCs/>
                <w:sz w:val="17"/>
              </w:rPr>
              <w:t xml:space="preserve"> w </w:t>
            </w:r>
            <w:proofErr w:type="spellStart"/>
            <w:r w:rsidRPr="00E40A27">
              <w:rPr>
                <w:i/>
                <w:iCs/>
                <w:sz w:val="17"/>
              </w:rPr>
              <w:t>niekorzystnej</w:t>
            </w:r>
            <w:proofErr w:type="spellEnd"/>
            <w:r w:rsidRPr="00E40A27">
              <w:rPr>
                <w:i/>
                <w:iCs/>
                <w:sz w:val="17"/>
              </w:rPr>
              <w:t xml:space="preserve"> </w:t>
            </w:r>
            <w:proofErr w:type="spellStart"/>
            <w:r w:rsidRPr="00E40A27">
              <w:rPr>
                <w:i/>
                <w:iCs/>
                <w:sz w:val="17"/>
              </w:rPr>
              <w:t>sytuacji</w:t>
            </w:r>
            <w:proofErr w:type="spellEnd"/>
            <w:r w:rsidRPr="00E40A27">
              <w:rPr>
                <w:i/>
                <w:iCs/>
                <w:sz w:val="17"/>
              </w:rPr>
              <w:t xml:space="preserve"> (</w:t>
            </w:r>
            <w:proofErr w:type="spellStart"/>
            <w:r w:rsidRPr="00E40A27">
              <w:rPr>
                <w:i/>
                <w:iCs/>
                <w:sz w:val="17"/>
              </w:rPr>
              <w:t>seniorzy</w:t>
            </w:r>
            <w:proofErr w:type="spellEnd"/>
            <w:r w:rsidRPr="00E40A27">
              <w:rPr>
                <w:i/>
                <w:iCs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sz w:val="17"/>
              </w:rPr>
              <w:t>młodzież</w:t>
            </w:r>
            <w:proofErr w:type="spellEnd"/>
            <w:r w:rsidRPr="00E40A27">
              <w:rPr>
                <w:i/>
                <w:iCs/>
                <w:sz w:val="17"/>
              </w:rPr>
              <w:t xml:space="preserve">, </w:t>
            </w:r>
            <w:proofErr w:type="spellStart"/>
            <w:r w:rsidRPr="00E40A27">
              <w:rPr>
                <w:i/>
                <w:iCs/>
                <w:sz w:val="17"/>
              </w:rPr>
              <w:t>osoby</w:t>
            </w:r>
            <w:proofErr w:type="spellEnd"/>
            <w:r w:rsidRPr="00E40A27">
              <w:rPr>
                <w:i/>
                <w:iCs/>
                <w:sz w:val="17"/>
              </w:rPr>
              <w:t xml:space="preserve"> z </w:t>
            </w:r>
            <w:proofErr w:type="spellStart"/>
            <w:r w:rsidRPr="00E40A27">
              <w:rPr>
                <w:i/>
                <w:iCs/>
                <w:sz w:val="17"/>
              </w:rPr>
              <w:t>niepełnosprawnościami</w:t>
            </w:r>
            <w:proofErr w:type="spellEnd"/>
            <w:r w:rsidRPr="00E40A27">
              <w:rPr>
                <w:i/>
                <w:iCs/>
                <w:sz w:val="17"/>
              </w:rPr>
              <w:t>)?</w:t>
            </w:r>
            <w:r w:rsidRPr="00E40A27">
              <w:rPr>
                <w:i/>
                <w:iCs/>
                <w:sz w:val="17"/>
              </w:rPr>
              <w:br/>
            </w:r>
            <w:r w:rsidRPr="00E40A27">
              <w:rPr>
                <w:i/>
                <w:iCs/>
                <w:sz w:val="17"/>
              </w:rPr>
              <w:br/>
            </w:r>
          </w:p>
          <w:p w14:paraId="60BC7245" w14:textId="77777777" w:rsidR="00C41A6B" w:rsidRDefault="00C41A6B">
            <w:pPr>
              <w:spacing w:before="40" w:after="40"/>
              <w:rPr>
                <w:i/>
                <w:iCs/>
              </w:rPr>
            </w:pPr>
          </w:p>
          <w:p w14:paraId="18B42C35" w14:textId="77777777" w:rsidR="005A0266" w:rsidRDefault="005A0266">
            <w:pPr>
              <w:spacing w:before="40" w:after="40"/>
              <w:rPr>
                <w:i/>
                <w:iCs/>
              </w:rPr>
            </w:pPr>
          </w:p>
          <w:p w14:paraId="3F2F8066" w14:textId="77777777" w:rsidR="005A0266" w:rsidRDefault="005A0266">
            <w:pPr>
              <w:spacing w:before="40" w:after="40"/>
              <w:rPr>
                <w:i/>
                <w:iCs/>
              </w:rPr>
            </w:pPr>
          </w:p>
          <w:p w14:paraId="50EE2977" w14:textId="77777777" w:rsidR="005A0266" w:rsidRDefault="005A0266">
            <w:pPr>
              <w:spacing w:before="40" w:after="40"/>
              <w:rPr>
                <w:i/>
                <w:iCs/>
              </w:rPr>
            </w:pPr>
          </w:p>
          <w:p w14:paraId="163DFC6A" w14:textId="77777777" w:rsidR="005A0266" w:rsidRPr="00E40A27" w:rsidRDefault="005A0266">
            <w:pPr>
              <w:spacing w:before="40" w:after="40"/>
              <w:rPr>
                <w:i/>
                <w:iCs/>
              </w:rPr>
            </w:pPr>
          </w:p>
        </w:tc>
      </w:tr>
      <w:tr w:rsidR="00BA5137" w14:paraId="42499D28" w14:textId="77777777" w:rsidTr="005A0266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7D2EC8" w14:textId="5A287EFB" w:rsidR="00BA5137" w:rsidRDefault="00000000">
            <w:pPr>
              <w:spacing w:before="40" w:after="40"/>
            </w:pPr>
            <w:r>
              <w:rPr>
                <w:b/>
                <w:sz w:val="18"/>
              </w:rPr>
              <w:t xml:space="preserve">5. </w:t>
            </w:r>
            <w:r w:rsidR="00C41A6B" w:rsidRPr="00C41A6B">
              <w:rPr>
                <w:b/>
                <w:bCs/>
                <w:sz w:val="18"/>
              </w:rPr>
              <w:t xml:space="preserve">Jaki </w:t>
            </w:r>
            <w:proofErr w:type="spellStart"/>
            <w:r w:rsidR="00C41A6B" w:rsidRPr="00C41A6B">
              <w:rPr>
                <w:b/>
                <w:bCs/>
                <w:sz w:val="18"/>
              </w:rPr>
              <w:t>efekt</w:t>
            </w:r>
            <w:proofErr w:type="spellEnd"/>
            <w:r w:rsidR="00C41A6B" w:rsidRPr="00C41A6B">
              <w:rPr>
                <w:b/>
                <w:bCs/>
                <w:sz w:val="18"/>
              </w:rPr>
              <w:t xml:space="preserve"> </w:t>
            </w:r>
            <w:proofErr w:type="spellStart"/>
            <w:r w:rsidR="00C41A6B" w:rsidRPr="00C41A6B">
              <w:rPr>
                <w:b/>
                <w:bCs/>
                <w:sz w:val="18"/>
              </w:rPr>
              <w:t>zostanie</w:t>
            </w:r>
            <w:proofErr w:type="spellEnd"/>
            <w:r w:rsidR="00C41A6B" w:rsidRPr="00C41A6B">
              <w:rPr>
                <w:b/>
                <w:bCs/>
                <w:sz w:val="18"/>
              </w:rPr>
              <w:t xml:space="preserve"> </w:t>
            </w:r>
            <w:proofErr w:type="spellStart"/>
            <w:r w:rsidR="00C41A6B" w:rsidRPr="00C41A6B">
              <w:rPr>
                <w:b/>
                <w:bCs/>
                <w:sz w:val="18"/>
              </w:rPr>
              <w:t>osiągnięty</w:t>
            </w:r>
            <w:proofErr w:type="spellEnd"/>
            <w:r w:rsidR="00C41A6B" w:rsidRPr="00C41A6B">
              <w:rPr>
                <w:b/>
                <w:bCs/>
                <w:sz w:val="18"/>
              </w:rPr>
              <w:t xml:space="preserve"> w </w:t>
            </w:r>
            <w:proofErr w:type="spellStart"/>
            <w:r w:rsidR="00C41A6B" w:rsidRPr="00C41A6B">
              <w:rPr>
                <w:b/>
                <w:bCs/>
                <w:sz w:val="18"/>
              </w:rPr>
              <w:t>wyniku</w:t>
            </w:r>
            <w:proofErr w:type="spellEnd"/>
            <w:r w:rsidR="00C41A6B" w:rsidRPr="00C41A6B">
              <w:rPr>
                <w:b/>
                <w:bCs/>
                <w:sz w:val="18"/>
              </w:rPr>
              <w:t xml:space="preserve"> </w:t>
            </w:r>
            <w:proofErr w:type="spellStart"/>
            <w:r w:rsidR="00C41A6B" w:rsidRPr="00C41A6B">
              <w:rPr>
                <w:b/>
                <w:bCs/>
                <w:sz w:val="18"/>
              </w:rPr>
              <w:t>realizacji</w:t>
            </w:r>
            <w:proofErr w:type="spellEnd"/>
            <w:r w:rsidR="00C41A6B" w:rsidRPr="00C41A6B">
              <w:rPr>
                <w:b/>
                <w:bCs/>
                <w:sz w:val="18"/>
              </w:rPr>
              <w:t xml:space="preserve"> </w:t>
            </w:r>
            <w:proofErr w:type="spellStart"/>
            <w:r w:rsidR="00C41A6B" w:rsidRPr="00C41A6B">
              <w:rPr>
                <w:b/>
                <w:bCs/>
                <w:sz w:val="18"/>
              </w:rPr>
              <w:t>pomysłu</w:t>
            </w:r>
            <w:proofErr w:type="spellEnd"/>
            <w:r w:rsidR="00C41A6B" w:rsidRPr="00C41A6B">
              <w:rPr>
                <w:b/>
                <w:bCs/>
                <w:sz w:val="18"/>
              </w:rPr>
              <w:t>?</w:t>
            </w:r>
            <w:r w:rsidR="00C41A6B" w:rsidRPr="00C41A6B">
              <w:rPr>
                <w:b/>
                <w:sz w:val="18"/>
              </w:rPr>
              <w:br/>
            </w:r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BA507C" w14:textId="63D62FC6" w:rsidR="005A0266" w:rsidRPr="00C41A6B" w:rsidRDefault="00C41A6B">
            <w:pPr>
              <w:spacing w:before="40" w:after="40"/>
              <w:rPr>
                <w:bCs/>
                <w:i/>
                <w:iCs/>
                <w:sz w:val="18"/>
              </w:rPr>
            </w:pPr>
            <w:proofErr w:type="spellStart"/>
            <w:r w:rsidRPr="00C41A6B">
              <w:rPr>
                <w:bCs/>
                <w:i/>
                <w:iCs/>
                <w:sz w:val="18"/>
              </w:rPr>
              <w:t>Opisz</w:t>
            </w:r>
            <w:proofErr w:type="spellEnd"/>
            <w:r w:rsidRPr="00C41A6B">
              <w:rPr>
                <w:bCs/>
                <w:i/>
                <w:iCs/>
                <w:sz w:val="18"/>
              </w:rPr>
              <w:t xml:space="preserve">, </w:t>
            </w:r>
            <w:proofErr w:type="spellStart"/>
            <w:r w:rsidRPr="00C41A6B">
              <w:rPr>
                <w:bCs/>
                <w:i/>
                <w:iCs/>
                <w:sz w:val="18"/>
              </w:rPr>
              <w:t>jaka</w:t>
            </w:r>
            <w:proofErr w:type="spellEnd"/>
            <w:r w:rsidRPr="00C41A6B">
              <w:rPr>
                <w:bCs/>
                <w:i/>
                <w:iCs/>
                <w:sz w:val="18"/>
              </w:rPr>
              <w:t xml:space="preserve"> </w:t>
            </w:r>
            <w:proofErr w:type="spellStart"/>
            <w:r w:rsidRPr="00C41A6B">
              <w:rPr>
                <w:bCs/>
                <w:i/>
                <w:iCs/>
                <w:sz w:val="18"/>
              </w:rPr>
              <w:t>zmiana</w:t>
            </w:r>
            <w:proofErr w:type="spellEnd"/>
            <w:r w:rsidRPr="00C41A6B">
              <w:rPr>
                <w:bCs/>
                <w:i/>
                <w:iCs/>
                <w:sz w:val="18"/>
              </w:rPr>
              <w:t xml:space="preserve"> </w:t>
            </w:r>
            <w:proofErr w:type="spellStart"/>
            <w:r w:rsidRPr="00C41A6B">
              <w:rPr>
                <w:bCs/>
                <w:i/>
                <w:iCs/>
                <w:sz w:val="18"/>
              </w:rPr>
              <w:t>nastąpi</w:t>
            </w:r>
            <w:proofErr w:type="spellEnd"/>
            <w:r w:rsidRPr="00C41A6B">
              <w:rPr>
                <w:bCs/>
                <w:i/>
                <w:iCs/>
                <w:sz w:val="18"/>
              </w:rPr>
              <w:t xml:space="preserve"> w </w:t>
            </w:r>
            <w:proofErr w:type="spellStart"/>
            <w:r w:rsidRPr="00C41A6B">
              <w:rPr>
                <w:bCs/>
                <w:i/>
                <w:iCs/>
                <w:sz w:val="18"/>
              </w:rPr>
              <w:t>wyniku</w:t>
            </w:r>
            <w:proofErr w:type="spellEnd"/>
            <w:r w:rsidRPr="00C41A6B">
              <w:rPr>
                <w:bCs/>
                <w:i/>
                <w:iCs/>
                <w:sz w:val="18"/>
              </w:rPr>
              <w:t xml:space="preserve"> </w:t>
            </w:r>
            <w:proofErr w:type="spellStart"/>
            <w:r w:rsidRPr="00C41A6B">
              <w:rPr>
                <w:bCs/>
                <w:i/>
                <w:iCs/>
                <w:sz w:val="18"/>
              </w:rPr>
              <w:t>realizacji</w:t>
            </w:r>
            <w:proofErr w:type="spellEnd"/>
            <w:r w:rsidRPr="00C41A6B">
              <w:rPr>
                <w:bCs/>
                <w:i/>
                <w:iCs/>
                <w:sz w:val="18"/>
              </w:rPr>
              <w:t xml:space="preserve"> </w:t>
            </w:r>
            <w:proofErr w:type="spellStart"/>
            <w:r w:rsidRPr="00C41A6B">
              <w:rPr>
                <w:bCs/>
                <w:i/>
                <w:iCs/>
                <w:sz w:val="18"/>
              </w:rPr>
              <w:t>planowanych</w:t>
            </w:r>
            <w:proofErr w:type="spellEnd"/>
            <w:r w:rsidRPr="00C41A6B">
              <w:rPr>
                <w:bCs/>
                <w:i/>
                <w:iCs/>
                <w:sz w:val="18"/>
              </w:rPr>
              <w:t xml:space="preserve"> </w:t>
            </w:r>
            <w:proofErr w:type="spellStart"/>
            <w:r w:rsidRPr="00C41A6B">
              <w:rPr>
                <w:bCs/>
                <w:i/>
                <w:iCs/>
                <w:sz w:val="18"/>
              </w:rPr>
              <w:t>działań</w:t>
            </w:r>
            <w:proofErr w:type="spellEnd"/>
            <w:r>
              <w:rPr>
                <w:bCs/>
                <w:i/>
                <w:iCs/>
                <w:sz w:val="18"/>
              </w:rPr>
              <w:t>.</w:t>
            </w:r>
            <w:r w:rsidRPr="00C41A6B">
              <w:rPr>
                <w:bCs/>
                <w:i/>
                <w:iCs/>
                <w:sz w:val="18"/>
              </w:rPr>
              <w:br/>
            </w:r>
            <w:r w:rsidRPr="00C41A6B">
              <w:rPr>
                <w:bCs/>
                <w:i/>
                <w:iCs/>
                <w:sz w:val="18"/>
              </w:rPr>
              <w:br/>
            </w:r>
            <w:r w:rsidRPr="00C41A6B">
              <w:rPr>
                <w:bCs/>
                <w:i/>
                <w:iCs/>
                <w:sz w:val="18"/>
              </w:rPr>
              <w:br/>
            </w:r>
          </w:p>
          <w:p w14:paraId="2C3D230D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1BD8F18D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52907D2C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39719A6D" w14:textId="77777777" w:rsidR="00C41A6B" w:rsidRDefault="00C41A6B">
            <w:pPr>
              <w:spacing w:before="40" w:after="40"/>
              <w:rPr>
                <w:i/>
                <w:iCs/>
                <w:sz w:val="18"/>
              </w:rPr>
            </w:pPr>
          </w:p>
          <w:p w14:paraId="1810D311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72D251A5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6C2C5561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19FF5C89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21BEB876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0D9C2441" w14:textId="77777777" w:rsidR="005A0266" w:rsidRDefault="005A0266">
            <w:pPr>
              <w:spacing w:before="40" w:after="40"/>
              <w:rPr>
                <w:i/>
                <w:iCs/>
                <w:sz w:val="18"/>
              </w:rPr>
            </w:pPr>
          </w:p>
          <w:p w14:paraId="24789DC7" w14:textId="2CB74343" w:rsidR="00BA5137" w:rsidRPr="00E40A27" w:rsidRDefault="00000000">
            <w:pPr>
              <w:spacing w:before="40" w:after="40"/>
              <w:rPr>
                <w:i/>
                <w:iCs/>
              </w:rPr>
            </w:pPr>
            <w:r w:rsidRPr="00E40A27">
              <w:rPr>
                <w:i/>
                <w:iCs/>
                <w:sz w:val="18"/>
              </w:rPr>
              <w:br/>
            </w:r>
            <w:r w:rsidRPr="00E40A27">
              <w:rPr>
                <w:i/>
                <w:iCs/>
                <w:sz w:val="18"/>
              </w:rPr>
              <w:br/>
            </w:r>
          </w:p>
        </w:tc>
      </w:tr>
    </w:tbl>
    <w:p w14:paraId="1D1ED469" w14:textId="77777777" w:rsidR="00BA5137" w:rsidRDefault="00BA5137">
      <w:pPr>
        <w:spacing w:after="80"/>
      </w:pPr>
    </w:p>
    <w:p w14:paraId="42C7818F" w14:textId="4191FB3F" w:rsidR="00BA5137" w:rsidRDefault="00000000">
      <w:pPr>
        <w:keepNext/>
        <w:spacing w:before="240" w:after="80"/>
      </w:pPr>
      <w:r>
        <w:rPr>
          <w:b/>
          <w:color w:val="1B4D3E"/>
          <w:sz w:val="22"/>
        </w:rPr>
        <w:lastRenderedPageBreak/>
        <w:t xml:space="preserve">IV. PLANOWANE WSKAŹNIKI I REZULTATY PROJEKTU </w:t>
      </w:r>
    </w:p>
    <w:p w14:paraId="7AC21460" w14:textId="77777777" w:rsidR="00BA5137" w:rsidRDefault="00000000">
      <w:pPr>
        <w:spacing w:after="80"/>
      </w:pPr>
      <w:proofErr w:type="spellStart"/>
      <w:r>
        <w:rPr>
          <w:sz w:val="18"/>
        </w:rPr>
        <w:t>Określ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przewidywane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mierzalne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efekty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realizacji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Twojego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projektu</w:t>
      </w:r>
      <w:proofErr w:type="spellEnd"/>
      <w:r>
        <w:rPr>
          <w:sz w:val="18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2"/>
        <w:gridCol w:w="2592"/>
        <w:gridCol w:w="3312"/>
      </w:tblGrid>
      <w:tr w:rsidR="00BA5137" w14:paraId="268FE0B3" w14:textId="77777777" w:rsidTr="00F20041">
        <w:trPr>
          <w:jc w:val="center"/>
        </w:trPr>
        <w:tc>
          <w:tcPr>
            <w:tcW w:w="4032" w:type="dxa"/>
            <w:tcBorders>
              <w:bottom w:val="single" w:sz="4" w:space="0" w:color="auto"/>
            </w:tcBorders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94A762" w14:textId="77777777" w:rsidR="00BA5137" w:rsidRDefault="00000000">
            <w:r>
              <w:rPr>
                <w:b/>
                <w:color w:val="FFFFFF"/>
                <w:sz w:val="19"/>
              </w:rPr>
              <w:t xml:space="preserve">Nazwa </w:t>
            </w:r>
            <w:proofErr w:type="spellStart"/>
            <w:r>
              <w:rPr>
                <w:b/>
                <w:color w:val="FFFFFF"/>
                <w:sz w:val="19"/>
              </w:rPr>
              <w:t>Wskaźnika</w:t>
            </w:r>
            <w:proofErr w:type="spellEnd"/>
            <w:r>
              <w:rPr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b/>
                <w:color w:val="FFFFFF"/>
                <w:sz w:val="19"/>
              </w:rPr>
              <w:t>Rezultatu</w:t>
            </w:r>
            <w:proofErr w:type="spellEnd"/>
          </w:p>
        </w:tc>
        <w:tc>
          <w:tcPr>
            <w:tcW w:w="2592" w:type="dxa"/>
            <w:tcBorders>
              <w:bottom w:val="single" w:sz="4" w:space="0" w:color="auto"/>
            </w:tcBorders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E5FB7F" w14:textId="77777777" w:rsidR="00BA5137" w:rsidRDefault="00000000">
            <w:proofErr w:type="spellStart"/>
            <w:r>
              <w:rPr>
                <w:b/>
                <w:color w:val="FFFFFF"/>
                <w:sz w:val="19"/>
              </w:rPr>
              <w:t>Planowana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Wartość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Docelowa</w:t>
            </w:r>
            <w:proofErr w:type="spellEnd"/>
          </w:p>
        </w:tc>
        <w:tc>
          <w:tcPr>
            <w:tcW w:w="3312" w:type="dxa"/>
            <w:tcBorders>
              <w:bottom w:val="single" w:sz="4" w:space="0" w:color="auto"/>
            </w:tcBorders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0EE0703" w14:textId="77777777" w:rsidR="00BA5137" w:rsidRDefault="00000000">
            <w:proofErr w:type="spellStart"/>
            <w:r>
              <w:rPr>
                <w:b/>
                <w:color w:val="FFFFFF"/>
                <w:sz w:val="19"/>
              </w:rPr>
              <w:t>Sposób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Monitorowania</w:t>
            </w:r>
            <w:proofErr w:type="spellEnd"/>
            <w:r>
              <w:rPr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b/>
                <w:color w:val="FFFFFF"/>
                <w:sz w:val="19"/>
              </w:rPr>
              <w:t>Źródło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Danych</w:t>
            </w:r>
            <w:proofErr w:type="spellEnd"/>
          </w:p>
        </w:tc>
      </w:tr>
      <w:tr w:rsidR="00BA5137" w14:paraId="2A52C4A2" w14:textId="77777777" w:rsidTr="00F20041">
        <w:trPr>
          <w:jc w:val="center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29EC0C" w14:textId="77777777" w:rsidR="00BA5137" w:rsidRDefault="00000000">
            <w:pPr>
              <w:spacing w:before="40" w:after="40"/>
            </w:pPr>
            <w:proofErr w:type="spellStart"/>
            <w:r>
              <w:rPr>
                <w:sz w:val="18"/>
              </w:rPr>
              <w:t>Liczba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uczestników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szkoleń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wydarzeń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odbiorców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projektu</w:t>
            </w:r>
            <w:proofErr w:type="spellEnd"/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515ADB" w14:textId="77777777" w:rsidR="00BA5137" w:rsidRDefault="00000000">
            <w:pPr>
              <w:spacing w:before="40" w:after="40"/>
            </w:pPr>
            <w:r>
              <w:rPr>
                <w:sz w:val="18"/>
              </w:rPr>
              <w:t xml:space="preserve">......... </w:t>
            </w:r>
            <w:proofErr w:type="spellStart"/>
            <w:r>
              <w:rPr>
                <w:sz w:val="18"/>
              </w:rPr>
              <w:t>osób</w:t>
            </w:r>
            <w:proofErr w:type="spellEnd"/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175CDF" w14:textId="512A2595" w:rsidR="00BA5137" w:rsidRDefault="00000000">
            <w:pPr>
              <w:spacing w:before="40" w:after="40"/>
            </w:pPr>
            <w:proofErr w:type="spellStart"/>
            <w:r>
              <w:rPr>
                <w:sz w:val="17"/>
              </w:rPr>
              <w:t>Listy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obecności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deklaracje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uczestnictwa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zdjęcia</w:t>
            </w:r>
            <w:proofErr w:type="spellEnd"/>
            <w:r w:rsidR="00E40A27">
              <w:rPr>
                <w:sz w:val="17"/>
              </w:rPr>
              <w:t xml:space="preserve">, </w:t>
            </w:r>
            <w:proofErr w:type="spellStart"/>
            <w:r w:rsidR="00E40A27">
              <w:rPr>
                <w:sz w:val="17"/>
              </w:rPr>
              <w:t>inne</w:t>
            </w:r>
            <w:proofErr w:type="spellEnd"/>
            <w:r w:rsidR="00E40A27">
              <w:rPr>
                <w:sz w:val="17"/>
              </w:rPr>
              <w:t>:</w:t>
            </w:r>
          </w:p>
        </w:tc>
      </w:tr>
      <w:tr w:rsidR="00BA5137" w14:paraId="411C8017" w14:textId="77777777" w:rsidTr="00F20041">
        <w:trPr>
          <w:jc w:val="center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4E4ABA" w14:textId="77777777" w:rsidR="00BA5137" w:rsidRDefault="00000000">
            <w:pPr>
              <w:spacing w:before="40" w:after="40"/>
            </w:pPr>
            <w:proofErr w:type="spellStart"/>
            <w:r>
              <w:rPr>
                <w:sz w:val="18"/>
              </w:rPr>
              <w:t>Liczba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doposażonych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podmiotów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organizacji</w:t>
            </w:r>
            <w:proofErr w:type="spellEnd"/>
            <w:r>
              <w:rPr>
                <w:sz w:val="18"/>
              </w:rPr>
              <w:t xml:space="preserve"> (np. KGW, OSP)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958D2D" w14:textId="77777777" w:rsidR="00BA5137" w:rsidRDefault="00000000">
            <w:pPr>
              <w:spacing w:before="40" w:after="40"/>
            </w:pPr>
            <w:r>
              <w:rPr>
                <w:sz w:val="18"/>
              </w:rPr>
              <w:t xml:space="preserve">......... </w:t>
            </w:r>
            <w:proofErr w:type="spellStart"/>
            <w:r>
              <w:rPr>
                <w:sz w:val="18"/>
              </w:rPr>
              <w:t>podmiot</w:t>
            </w:r>
            <w:proofErr w:type="spellEnd"/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ów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55B564" w14:textId="53E04F8C" w:rsidR="00BA5137" w:rsidRDefault="00000000">
            <w:pPr>
              <w:spacing w:before="40" w:after="40"/>
            </w:pPr>
            <w:proofErr w:type="spellStart"/>
            <w:r>
              <w:rPr>
                <w:sz w:val="17"/>
              </w:rPr>
              <w:t>Protokół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odbioru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sprzętu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strojów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wpis</w:t>
            </w:r>
            <w:proofErr w:type="spellEnd"/>
            <w:r>
              <w:rPr>
                <w:sz w:val="17"/>
              </w:rPr>
              <w:t xml:space="preserve"> do </w:t>
            </w:r>
            <w:proofErr w:type="spellStart"/>
            <w:r>
              <w:rPr>
                <w:sz w:val="17"/>
              </w:rPr>
              <w:t>ewidencji</w:t>
            </w:r>
            <w:proofErr w:type="spellEnd"/>
            <w:r w:rsidR="00E40A27">
              <w:rPr>
                <w:sz w:val="17"/>
              </w:rPr>
              <w:t xml:space="preserve">, </w:t>
            </w:r>
            <w:proofErr w:type="spellStart"/>
            <w:r w:rsidR="00E40A27">
              <w:rPr>
                <w:sz w:val="17"/>
              </w:rPr>
              <w:t>inne</w:t>
            </w:r>
            <w:proofErr w:type="spellEnd"/>
            <w:r w:rsidR="00E40A27">
              <w:rPr>
                <w:sz w:val="17"/>
              </w:rPr>
              <w:t>:</w:t>
            </w:r>
          </w:p>
        </w:tc>
      </w:tr>
      <w:tr w:rsidR="00BA5137" w14:paraId="3C26E7B8" w14:textId="77777777" w:rsidTr="00F20041">
        <w:trPr>
          <w:jc w:val="center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F6686" w14:textId="41E4EB90" w:rsidR="00BA5137" w:rsidRDefault="00000000">
            <w:pPr>
              <w:spacing w:before="40" w:after="40"/>
            </w:pPr>
            <w:r>
              <w:rPr>
                <w:sz w:val="18"/>
              </w:rPr>
              <w:t xml:space="preserve">Inne </w:t>
            </w:r>
            <w:proofErr w:type="spellStart"/>
            <w:r>
              <w:rPr>
                <w:sz w:val="18"/>
              </w:rPr>
              <w:t>wskaźniki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własne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1CDC12" w14:textId="06D86DC6" w:rsidR="00BA5137" w:rsidRDefault="00000000">
            <w:pPr>
              <w:spacing w:before="40" w:after="40"/>
            </w:pPr>
            <w:r>
              <w:rPr>
                <w:sz w:val="18"/>
              </w:rPr>
              <w:t>..............</w:t>
            </w:r>
            <w:r w:rsidR="00107F1C">
              <w:rPr>
                <w:sz w:val="18"/>
              </w:rPr>
              <w:t>(</w:t>
            </w:r>
            <w:proofErr w:type="spellStart"/>
            <w:r w:rsidR="00107F1C" w:rsidRPr="00107F1C">
              <w:rPr>
                <w:i/>
                <w:iCs/>
                <w:sz w:val="18"/>
              </w:rPr>
              <w:t>podaj</w:t>
            </w:r>
            <w:proofErr w:type="spellEnd"/>
            <w:r w:rsidR="00107F1C" w:rsidRPr="00107F1C">
              <w:rPr>
                <w:i/>
                <w:iCs/>
                <w:sz w:val="18"/>
              </w:rPr>
              <w:t xml:space="preserve"> </w:t>
            </w:r>
            <w:proofErr w:type="spellStart"/>
            <w:r w:rsidR="00107F1C" w:rsidRPr="00107F1C">
              <w:rPr>
                <w:i/>
                <w:iCs/>
                <w:sz w:val="18"/>
              </w:rPr>
              <w:t>miarę</w:t>
            </w:r>
            <w:proofErr w:type="spellEnd"/>
            <w:r w:rsidR="00107F1C" w:rsidRPr="00107F1C">
              <w:rPr>
                <w:i/>
                <w:iCs/>
                <w:sz w:val="18"/>
              </w:rPr>
              <w:t>)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33A3FD" w14:textId="52D1D1AC" w:rsidR="00BA5137" w:rsidRPr="00107F1C" w:rsidRDefault="00107F1C">
            <w:pPr>
              <w:spacing w:before="40" w:after="40"/>
              <w:rPr>
                <w:i/>
                <w:iCs/>
                <w:sz w:val="16"/>
                <w:szCs w:val="16"/>
              </w:rPr>
            </w:pPr>
            <w:proofErr w:type="spellStart"/>
            <w:r w:rsidRPr="00107F1C">
              <w:rPr>
                <w:i/>
                <w:iCs/>
                <w:sz w:val="16"/>
                <w:szCs w:val="16"/>
              </w:rPr>
              <w:t>Opisz</w:t>
            </w:r>
            <w:proofErr w:type="spellEnd"/>
            <w:r w:rsidRPr="00107F1C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07F1C">
              <w:rPr>
                <w:i/>
                <w:iCs/>
                <w:sz w:val="16"/>
                <w:szCs w:val="16"/>
              </w:rPr>
              <w:t>sposób</w:t>
            </w:r>
            <w:proofErr w:type="spellEnd"/>
            <w:r w:rsidRPr="00107F1C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107F1C">
              <w:rPr>
                <w:i/>
                <w:iCs/>
                <w:sz w:val="16"/>
                <w:szCs w:val="16"/>
              </w:rPr>
              <w:t>monitorowania</w:t>
            </w:r>
            <w:proofErr w:type="spellEnd"/>
          </w:p>
        </w:tc>
      </w:tr>
    </w:tbl>
    <w:p w14:paraId="6B2A344A" w14:textId="77777777" w:rsidR="00BA5137" w:rsidRDefault="00BA5137">
      <w:pPr>
        <w:spacing w:after="80"/>
      </w:pPr>
    </w:p>
    <w:p w14:paraId="4D24E9ED" w14:textId="77777777" w:rsidR="00BA5137" w:rsidRDefault="00000000">
      <w:pPr>
        <w:keepNext/>
        <w:spacing w:before="240" w:after="80"/>
      </w:pPr>
      <w:r>
        <w:rPr>
          <w:b/>
          <w:color w:val="1B4D3E"/>
          <w:sz w:val="22"/>
        </w:rPr>
        <w:t>VI. SZACOWANY BUDŻET PROJEKTU I BADANIE RYNKU</w:t>
      </w:r>
    </w:p>
    <w:p w14:paraId="0E0D12FB" w14:textId="61AD4679" w:rsidR="005A0266" w:rsidRPr="00C3774B" w:rsidRDefault="00000000" w:rsidP="00C3774B">
      <w:pPr>
        <w:spacing w:after="80"/>
        <w:rPr>
          <w:i/>
          <w:iCs/>
          <w:sz w:val="17"/>
        </w:rPr>
      </w:pPr>
      <w:proofErr w:type="spellStart"/>
      <w:r>
        <w:rPr>
          <w:sz w:val="17"/>
        </w:rPr>
        <w:t>Wpisz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planowane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pozycje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kosztowe</w:t>
      </w:r>
      <w:proofErr w:type="spellEnd"/>
      <w:r>
        <w:rPr>
          <w:sz w:val="17"/>
        </w:rPr>
        <w:t xml:space="preserve"> (</w:t>
      </w:r>
      <w:proofErr w:type="spellStart"/>
      <w:r>
        <w:rPr>
          <w:sz w:val="17"/>
        </w:rPr>
        <w:t>kwota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grantu</w:t>
      </w:r>
      <w:proofErr w:type="spellEnd"/>
      <w:r>
        <w:rPr>
          <w:sz w:val="17"/>
        </w:rPr>
        <w:t xml:space="preserve"> od 5 000 </w:t>
      </w:r>
      <w:proofErr w:type="spellStart"/>
      <w:r>
        <w:rPr>
          <w:sz w:val="17"/>
        </w:rPr>
        <w:t>zł</w:t>
      </w:r>
      <w:proofErr w:type="spellEnd"/>
      <w:r>
        <w:rPr>
          <w:sz w:val="17"/>
        </w:rPr>
        <w:t xml:space="preserve"> do 20 000 </w:t>
      </w:r>
      <w:proofErr w:type="spellStart"/>
      <w:r>
        <w:rPr>
          <w:sz w:val="17"/>
        </w:rPr>
        <w:t>zł</w:t>
      </w:r>
      <w:proofErr w:type="spellEnd"/>
      <w:r>
        <w:rPr>
          <w:sz w:val="17"/>
        </w:rPr>
        <w:t>)</w:t>
      </w:r>
      <w:r w:rsidR="005A0266">
        <w:rPr>
          <w:sz w:val="17"/>
        </w:rPr>
        <w:t xml:space="preserve">, np. </w:t>
      </w:r>
      <w:proofErr w:type="spellStart"/>
      <w:r w:rsidR="00C3774B" w:rsidRPr="00C3774B">
        <w:rPr>
          <w:i/>
          <w:iCs/>
          <w:sz w:val="17"/>
        </w:rPr>
        <w:t>Zakup</w:t>
      </w:r>
      <w:proofErr w:type="spellEnd"/>
      <w:r w:rsidR="00C3774B" w:rsidRPr="00C3774B">
        <w:rPr>
          <w:i/>
          <w:iCs/>
          <w:sz w:val="17"/>
        </w:rPr>
        <w:t xml:space="preserve"> </w:t>
      </w:r>
      <w:proofErr w:type="spellStart"/>
      <w:r w:rsidR="00C3774B" w:rsidRPr="00C3774B">
        <w:rPr>
          <w:i/>
          <w:iCs/>
          <w:sz w:val="17"/>
        </w:rPr>
        <w:t>strojów</w:t>
      </w:r>
      <w:proofErr w:type="spellEnd"/>
      <w:r w:rsidR="00C3774B" w:rsidRPr="00C3774B">
        <w:rPr>
          <w:i/>
          <w:iCs/>
          <w:sz w:val="17"/>
        </w:rPr>
        <w:t xml:space="preserve"> </w:t>
      </w:r>
      <w:proofErr w:type="spellStart"/>
      <w:r w:rsidR="00C3774B" w:rsidRPr="00C3774B">
        <w:rPr>
          <w:i/>
          <w:iCs/>
          <w:sz w:val="17"/>
        </w:rPr>
        <w:t>ludowych</w:t>
      </w:r>
      <w:proofErr w:type="spellEnd"/>
      <w:r w:rsidR="00C3774B" w:rsidRPr="00C3774B">
        <w:rPr>
          <w:i/>
          <w:iCs/>
          <w:sz w:val="17"/>
        </w:rPr>
        <w:t xml:space="preserve"> / </w:t>
      </w:r>
      <w:proofErr w:type="spellStart"/>
      <w:r w:rsidR="00C3774B" w:rsidRPr="00C3774B">
        <w:rPr>
          <w:i/>
          <w:iCs/>
          <w:sz w:val="17"/>
        </w:rPr>
        <w:t>sprzętu</w:t>
      </w:r>
      <w:proofErr w:type="spellEnd"/>
      <w:r w:rsidR="00C3774B" w:rsidRPr="00C3774B">
        <w:rPr>
          <w:i/>
          <w:iCs/>
          <w:sz w:val="17"/>
        </w:rPr>
        <w:t xml:space="preserve">, </w:t>
      </w:r>
      <w:proofErr w:type="spellStart"/>
      <w:r w:rsidR="00C3774B" w:rsidRPr="00C3774B">
        <w:rPr>
          <w:i/>
          <w:iCs/>
          <w:sz w:val="17"/>
        </w:rPr>
        <w:t>Wynagrodzenie</w:t>
      </w:r>
      <w:proofErr w:type="spellEnd"/>
      <w:r w:rsidR="00C3774B" w:rsidRPr="00C3774B">
        <w:rPr>
          <w:i/>
          <w:iCs/>
          <w:sz w:val="17"/>
        </w:rPr>
        <w:t xml:space="preserve"> </w:t>
      </w:r>
      <w:proofErr w:type="spellStart"/>
      <w:r w:rsidR="00C3774B" w:rsidRPr="00C3774B">
        <w:rPr>
          <w:i/>
          <w:iCs/>
          <w:sz w:val="17"/>
        </w:rPr>
        <w:t>instruktora</w:t>
      </w:r>
      <w:proofErr w:type="spellEnd"/>
      <w:r w:rsidR="00C3774B" w:rsidRPr="00C3774B">
        <w:rPr>
          <w:i/>
          <w:iCs/>
          <w:sz w:val="17"/>
        </w:rPr>
        <w:t xml:space="preserve"> / </w:t>
      </w:r>
      <w:proofErr w:type="spellStart"/>
      <w:r w:rsidR="00C3774B" w:rsidRPr="00C3774B">
        <w:rPr>
          <w:i/>
          <w:iCs/>
          <w:sz w:val="17"/>
        </w:rPr>
        <w:t>prelegenta</w:t>
      </w:r>
      <w:proofErr w:type="spellEnd"/>
      <w:r w:rsidR="00C3774B" w:rsidRPr="00C3774B">
        <w:rPr>
          <w:i/>
          <w:iCs/>
          <w:sz w:val="17"/>
        </w:rPr>
        <w:t xml:space="preserve">, </w:t>
      </w:r>
      <w:proofErr w:type="spellStart"/>
      <w:r w:rsidR="00C3774B" w:rsidRPr="00C3774B">
        <w:rPr>
          <w:i/>
          <w:iCs/>
          <w:sz w:val="17"/>
        </w:rPr>
        <w:t>Materiały</w:t>
      </w:r>
      <w:proofErr w:type="spellEnd"/>
      <w:r w:rsidR="00C3774B" w:rsidRPr="00C3774B">
        <w:rPr>
          <w:i/>
          <w:iCs/>
          <w:sz w:val="17"/>
        </w:rPr>
        <w:t xml:space="preserve"> </w:t>
      </w:r>
      <w:proofErr w:type="spellStart"/>
      <w:r w:rsidR="00C3774B" w:rsidRPr="00C3774B">
        <w:rPr>
          <w:i/>
          <w:iCs/>
          <w:sz w:val="17"/>
        </w:rPr>
        <w:t>warsztatowe</w:t>
      </w:r>
      <w:proofErr w:type="spellEnd"/>
      <w:r w:rsidR="00C3774B" w:rsidRPr="00C3774B">
        <w:rPr>
          <w:i/>
          <w:iCs/>
          <w:sz w:val="17"/>
        </w:rPr>
        <w:t xml:space="preserve"> / catering</w:t>
      </w:r>
    </w:p>
    <w:p w14:paraId="1C2F0A6F" w14:textId="3F0A6D3A" w:rsidR="00BA5137" w:rsidRDefault="00000000">
      <w:pPr>
        <w:spacing w:after="80"/>
      </w:pPr>
      <w:r>
        <w:rPr>
          <w:sz w:val="17"/>
        </w:rPr>
        <w:t xml:space="preserve"> </w:t>
      </w:r>
      <w:proofErr w:type="spellStart"/>
      <w:r>
        <w:rPr>
          <w:sz w:val="17"/>
        </w:rPr>
        <w:t>Każdy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koszt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musi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być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poparty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badaniem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rynku</w:t>
      </w:r>
      <w:proofErr w:type="spellEnd"/>
      <w:r>
        <w:rPr>
          <w:sz w:val="17"/>
        </w:rPr>
        <w:t>!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168"/>
        <w:gridCol w:w="2592"/>
        <w:gridCol w:w="1872"/>
      </w:tblGrid>
      <w:tr w:rsidR="00C3774B" w14:paraId="79986147" w14:textId="77777777" w:rsidTr="00C3774B">
        <w:trPr>
          <w:jc w:val="center"/>
        </w:trPr>
        <w:tc>
          <w:tcPr>
            <w:tcW w:w="576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3AFF5ED" w14:textId="77777777" w:rsidR="00C3774B" w:rsidRDefault="00C3774B">
            <w:proofErr w:type="spellStart"/>
            <w:r>
              <w:rPr>
                <w:b/>
                <w:color w:val="FFFFFF"/>
                <w:sz w:val="19"/>
              </w:rPr>
              <w:t>Lp</w:t>
            </w:r>
            <w:proofErr w:type="spellEnd"/>
            <w:r>
              <w:rPr>
                <w:b/>
                <w:color w:val="FFFFFF"/>
                <w:sz w:val="19"/>
              </w:rPr>
              <w:t>.</w:t>
            </w:r>
          </w:p>
        </w:tc>
        <w:tc>
          <w:tcPr>
            <w:tcW w:w="3168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07A6861" w14:textId="77777777" w:rsidR="00C3774B" w:rsidRDefault="00C3774B">
            <w:proofErr w:type="spellStart"/>
            <w:r>
              <w:rPr>
                <w:b/>
                <w:color w:val="FFFFFF"/>
                <w:sz w:val="19"/>
              </w:rPr>
              <w:t>Kategoria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Wydatku</w:t>
            </w:r>
            <w:proofErr w:type="spellEnd"/>
            <w:r>
              <w:rPr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b/>
                <w:color w:val="FFFFFF"/>
                <w:sz w:val="19"/>
              </w:rPr>
              <w:t>Zakres</w:t>
            </w:r>
            <w:proofErr w:type="spellEnd"/>
            <w:r>
              <w:rPr>
                <w:b/>
                <w:color w:val="FFFFFF"/>
                <w:sz w:val="19"/>
              </w:rPr>
              <w:t xml:space="preserve"> Zakupu</w:t>
            </w:r>
          </w:p>
        </w:tc>
        <w:tc>
          <w:tcPr>
            <w:tcW w:w="2592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3031E91" w14:textId="77777777" w:rsidR="00C3774B" w:rsidRDefault="00C3774B">
            <w:proofErr w:type="spellStart"/>
            <w:r>
              <w:rPr>
                <w:b/>
                <w:color w:val="FFFFFF"/>
                <w:sz w:val="19"/>
              </w:rPr>
              <w:t>Sposób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Wyliczenia</w:t>
            </w:r>
            <w:proofErr w:type="spellEnd"/>
            <w:r>
              <w:rPr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b/>
                <w:color w:val="FFFFFF"/>
                <w:sz w:val="19"/>
              </w:rPr>
              <w:t>Parametr</w:t>
            </w:r>
            <w:proofErr w:type="spellEnd"/>
          </w:p>
        </w:tc>
        <w:tc>
          <w:tcPr>
            <w:tcW w:w="1872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9B86588" w14:textId="33271E2B" w:rsidR="00C3774B" w:rsidRDefault="00C3774B">
            <w:r>
              <w:rPr>
                <w:b/>
                <w:color w:val="FFFFFF"/>
                <w:sz w:val="19"/>
              </w:rPr>
              <w:t>Koszt (PLN)</w:t>
            </w:r>
          </w:p>
        </w:tc>
      </w:tr>
      <w:tr w:rsidR="00C3774B" w14:paraId="14230919" w14:textId="77777777" w:rsidTr="00C3774B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D8C725" w14:textId="77777777" w:rsidR="00C3774B" w:rsidRDefault="00C3774B">
            <w:pPr>
              <w:spacing w:before="40" w:after="40"/>
            </w:pPr>
            <w:r>
              <w:rPr>
                <w:sz w:val="17"/>
              </w:rPr>
              <w:t>1.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5CB513" w14:textId="38E47995" w:rsidR="00C3774B" w:rsidRDefault="00C3774B">
            <w:pPr>
              <w:spacing w:before="40" w:after="40"/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9B838E" w14:textId="6CA96068" w:rsidR="00C3774B" w:rsidRDefault="00C3774B">
            <w:pPr>
              <w:spacing w:before="40" w:after="40"/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29669" w14:textId="68039649" w:rsidR="00C3774B" w:rsidRDefault="00C3774B">
            <w:pPr>
              <w:spacing w:before="40" w:after="40"/>
            </w:pPr>
          </w:p>
        </w:tc>
      </w:tr>
      <w:tr w:rsidR="00C3774B" w14:paraId="759230C2" w14:textId="77777777" w:rsidTr="00C3774B">
        <w:trPr>
          <w:jc w:val="center"/>
        </w:trPr>
        <w:tc>
          <w:tcPr>
            <w:tcW w:w="576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0C1AD" w14:textId="77777777" w:rsidR="00C3774B" w:rsidRDefault="00C3774B">
            <w:pPr>
              <w:spacing w:before="40" w:after="40"/>
            </w:pPr>
            <w:r>
              <w:rPr>
                <w:sz w:val="17"/>
              </w:rPr>
              <w:t>2.</w:t>
            </w:r>
          </w:p>
        </w:tc>
        <w:tc>
          <w:tcPr>
            <w:tcW w:w="3168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2C929" w14:textId="1D45B759" w:rsidR="00C3774B" w:rsidRDefault="00C3774B">
            <w:pPr>
              <w:spacing w:before="40" w:after="40"/>
            </w:pPr>
          </w:p>
        </w:tc>
        <w:tc>
          <w:tcPr>
            <w:tcW w:w="259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DC1664" w14:textId="0A19DD26" w:rsidR="00C3774B" w:rsidRDefault="00C3774B">
            <w:pPr>
              <w:spacing w:before="40" w:after="40"/>
            </w:pPr>
          </w:p>
        </w:tc>
        <w:tc>
          <w:tcPr>
            <w:tcW w:w="187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53D4C4" w14:textId="4C8AF65B" w:rsidR="00C3774B" w:rsidRDefault="00C3774B">
            <w:pPr>
              <w:spacing w:before="40" w:after="40"/>
            </w:pPr>
          </w:p>
        </w:tc>
      </w:tr>
      <w:tr w:rsidR="00C3774B" w14:paraId="75A1A9D9" w14:textId="77777777" w:rsidTr="00C3774B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657A11" w14:textId="77777777" w:rsidR="00C3774B" w:rsidRDefault="00C3774B">
            <w:pPr>
              <w:spacing w:before="40" w:after="40"/>
            </w:pPr>
            <w:r>
              <w:rPr>
                <w:sz w:val="17"/>
              </w:rPr>
              <w:t>3.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88DC1" w14:textId="5E5C5B20" w:rsidR="00C3774B" w:rsidRDefault="00C3774B">
            <w:pPr>
              <w:spacing w:before="40" w:after="40"/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30C11" w14:textId="6D1BCB8A" w:rsidR="00C3774B" w:rsidRDefault="00C3774B">
            <w:pPr>
              <w:spacing w:before="40" w:after="40"/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62B1AF" w14:textId="5235982D" w:rsidR="00C3774B" w:rsidRDefault="00C3774B">
            <w:pPr>
              <w:spacing w:before="40" w:after="40"/>
            </w:pPr>
          </w:p>
        </w:tc>
      </w:tr>
      <w:tr w:rsidR="00C3774B" w14:paraId="596427C0" w14:textId="77777777" w:rsidTr="00C3774B">
        <w:trPr>
          <w:jc w:val="center"/>
        </w:trPr>
        <w:tc>
          <w:tcPr>
            <w:tcW w:w="576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DD979" w14:textId="77777777" w:rsidR="00C3774B" w:rsidRDefault="00C3774B">
            <w:pPr>
              <w:spacing w:before="40" w:after="40"/>
            </w:pPr>
            <w:r>
              <w:rPr>
                <w:sz w:val="17"/>
              </w:rPr>
              <w:t>4.</w:t>
            </w:r>
          </w:p>
        </w:tc>
        <w:tc>
          <w:tcPr>
            <w:tcW w:w="3168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8CE9AD" w14:textId="77777777" w:rsidR="00C3774B" w:rsidRDefault="00C3774B">
            <w:pPr>
              <w:spacing w:before="40" w:after="40"/>
            </w:pPr>
          </w:p>
        </w:tc>
        <w:tc>
          <w:tcPr>
            <w:tcW w:w="259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ED48D8" w14:textId="77777777" w:rsidR="00C3774B" w:rsidRDefault="00C3774B">
            <w:pPr>
              <w:spacing w:before="40" w:after="40"/>
            </w:pPr>
          </w:p>
        </w:tc>
        <w:tc>
          <w:tcPr>
            <w:tcW w:w="187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06CBF" w14:textId="77777777" w:rsidR="00C3774B" w:rsidRDefault="00C3774B">
            <w:pPr>
              <w:spacing w:before="40" w:after="40"/>
            </w:pPr>
          </w:p>
        </w:tc>
      </w:tr>
      <w:tr w:rsidR="00C3774B" w14:paraId="5D9A50C0" w14:textId="77777777" w:rsidTr="00C3774B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5D6CD" w14:textId="77777777" w:rsidR="00C3774B" w:rsidRDefault="00C3774B">
            <w:pPr>
              <w:spacing w:before="40" w:after="40"/>
            </w:pPr>
            <w:r>
              <w:rPr>
                <w:sz w:val="17"/>
              </w:rPr>
              <w:t>5.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1E5F72" w14:textId="77777777" w:rsidR="00C3774B" w:rsidRDefault="00C3774B">
            <w:pPr>
              <w:spacing w:before="40" w:after="40"/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4084B0" w14:textId="77777777" w:rsidR="00C3774B" w:rsidRDefault="00C3774B">
            <w:pPr>
              <w:spacing w:before="40" w:after="40"/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2F1979" w14:textId="77777777" w:rsidR="00C3774B" w:rsidRDefault="00C3774B">
            <w:pPr>
              <w:spacing w:before="40" w:after="40"/>
            </w:pPr>
          </w:p>
        </w:tc>
      </w:tr>
      <w:tr w:rsidR="00C3774B" w14:paraId="5333F31B" w14:textId="77777777" w:rsidTr="00BF5DE8">
        <w:trPr>
          <w:jc w:val="center"/>
        </w:trPr>
        <w:tc>
          <w:tcPr>
            <w:tcW w:w="576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18B18B" w14:textId="77777777" w:rsidR="00C3774B" w:rsidRDefault="00C3774B" w:rsidP="00C3774B">
            <w:pPr>
              <w:spacing w:before="40" w:after="40"/>
            </w:pPr>
            <w:r>
              <w:rPr>
                <w:b/>
                <w:sz w:val="17"/>
              </w:rPr>
              <w:t>X</w:t>
            </w:r>
          </w:p>
        </w:tc>
        <w:tc>
          <w:tcPr>
            <w:tcW w:w="5760" w:type="dxa"/>
            <w:gridSpan w:val="2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A8A696" w14:textId="19BDE8A9" w:rsidR="00C3774B" w:rsidRDefault="00C3774B" w:rsidP="00C3774B">
            <w:pPr>
              <w:spacing w:before="40" w:after="40"/>
              <w:jc w:val="center"/>
            </w:pPr>
            <w:r>
              <w:rPr>
                <w:b/>
                <w:sz w:val="17"/>
              </w:rPr>
              <w:t xml:space="preserve">ŁĄCZNIE </w:t>
            </w:r>
            <w:r w:rsidR="00107F1C">
              <w:rPr>
                <w:b/>
                <w:sz w:val="17"/>
              </w:rPr>
              <w:t>SZACOWANY</w:t>
            </w:r>
            <w:r>
              <w:rPr>
                <w:b/>
                <w:sz w:val="17"/>
              </w:rPr>
              <w:t xml:space="preserve"> KOSZT PROJEKTU:</w:t>
            </w:r>
          </w:p>
        </w:tc>
        <w:tc>
          <w:tcPr>
            <w:tcW w:w="187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0BC6D2" w14:textId="7EBD20F9" w:rsidR="00C3774B" w:rsidRDefault="00C3774B" w:rsidP="00C3774B">
            <w:pPr>
              <w:spacing w:before="40" w:after="40"/>
            </w:pPr>
          </w:p>
        </w:tc>
      </w:tr>
      <w:tr w:rsidR="00C3774B" w14:paraId="25CC04FA" w14:textId="77777777" w:rsidTr="00EC4A67">
        <w:trPr>
          <w:jc w:val="center"/>
        </w:trPr>
        <w:tc>
          <w:tcPr>
            <w:tcW w:w="57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0235F1" w14:textId="77777777" w:rsidR="00C3774B" w:rsidRDefault="00C3774B" w:rsidP="00C3774B">
            <w:pPr>
              <w:spacing w:before="40" w:after="40"/>
            </w:pPr>
            <w:r>
              <w:rPr>
                <w:b/>
                <w:sz w:val="17"/>
              </w:rPr>
              <w:t>X</w:t>
            </w:r>
          </w:p>
        </w:tc>
        <w:tc>
          <w:tcPr>
            <w:tcW w:w="5760" w:type="dxa"/>
            <w:gridSpan w:val="2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573A8" w14:textId="73D7F6BD" w:rsidR="00C3774B" w:rsidRDefault="00C3774B" w:rsidP="00C3774B">
            <w:pPr>
              <w:spacing w:before="40" w:after="40"/>
              <w:jc w:val="center"/>
            </w:pPr>
            <w:r>
              <w:rPr>
                <w:b/>
                <w:color w:val="1B4D3E"/>
                <w:sz w:val="17"/>
              </w:rPr>
              <w:t xml:space="preserve">WNIOSKOWANA KWOTA GRANTU (5 000 – 20 000 </w:t>
            </w:r>
            <w:proofErr w:type="spellStart"/>
            <w:r>
              <w:rPr>
                <w:b/>
                <w:color w:val="1B4D3E"/>
                <w:sz w:val="17"/>
              </w:rPr>
              <w:t>zł</w:t>
            </w:r>
            <w:proofErr w:type="spellEnd"/>
            <w:r>
              <w:rPr>
                <w:b/>
                <w:color w:val="1B4D3E"/>
                <w:sz w:val="17"/>
              </w:rPr>
              <w:t>)</w:t>
            </w:r>
            <w:r>
              <w:rPr>
                <w:b/>
                <w:sz w:val="17"/>
              </w:rPr>
              <w:t xml:space="preserve"> *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2A40F" w14:textId="38A6E9FE" w:rsidR="00C3774B" w:rsidRDefault="00C3774B" w:rsidP="00C3774B">
            <w:pPr>
              <w:spacing w:before="40" w:after="40"/>
            </w:pPr>
          </w:p>
        </w:tc>
      </w:tr>
    </w:tbl>
    <w:p w14:paraId="1EE7A7D0" w14:textId="77777777" w:rsidR="00BA5137" w:rsidRDefault="00BA5137">
      <w:pPr>
        <w:spacing w:after="80"/>
      </w:pPr>
    </w:p>
    <w:p w14:paraId="381DAADC" w14:textId="02DD81A6" w:rsidR="00BA5137" w:rsidRDefault="00000000">
      <w:pPr>
        <w:spacing w:after="80"/>
      </w:pPr>
      <w:r>
        <w:rPr>
          <w:i/>
          <w:sz w:val="17"/>
        </w:rPr>
        <w:t>*</w:t>
      </w:r>
      <w:proofErr w:type="spellStart"/>
      <w:r>
        <w:rPr>
          <w:i/>
          <w:sz w:val="17"/>
        </w:rPr>
        <w:t>Poziom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dofinansowania</w:t>
      </w:r>
      <w:proofErr w:type="spellEnd"/>
      <w:r>
        <w:rPr>
          <w:i/>
          <w:sz w:val="17"/>
        </w:rPr>
        <w:t xml:space="preserve">: do 100% </w:t>
      </w:r>
      <w:proofErr w:type="spellStart"/>
      <w:r>
        <w:rPr>
          <w:i/>
          <w:sz w:val="17"/>
        </w:rPr>
        <w:t>dla</w:t>
      </w:r>
      <w:proofErr w:type="spellEnd"/>
      <w:r>
        <w:rPr>
          <w:i/>
          <w:sz w:val="17"/>
        </w:rPr>
        <w:t xml:space="preserve"> NGO/KGW/OSP </w:t>
      </w:r>
      <w:proofErr w:type="spellStart"/>
      <w:r>
        <w:rPr>
          <w:i/>
          <w:sz w:val="17"/>
        </w:rPr>
        <w:t>oraz</w:t>
      </w:r>
      <w:proofErr w:type="spellEnd"/>
      <w:r>
        <w:rPr>
          <w:i/>
          <w:sz w:val="17"/>
        </w:rPr>
        <w:t xml:space="preserve"> do 75% </w:t>
      </w:r>
      <w:proofErr w:type="spellStart"/>
      <w:r>
        <w:rPr>
          <w:i/>
          <w:sz w:val="17"/>
        </w:rPr>
        <w:t>dla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Jednostek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Sektora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Finansów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Publicznych</w:t>
      </w:r>
      <w:proofErr w:type="spellEnd"/>
      <w:r>
        <w:rPr>
          <w:i/>
          <w:sz w:val="17"/>
        </w:rPr>
        <w:t xml:space="preserve"> (JSFP).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BA5137" w14:paraId="0FDE7CD7" w14:textId="77777777">
        <w:trPr>
          <w:jc w:val="center"/>
        </w:trPr>
        <w:tc>
          <w:tcPr>
            <w:tcW w:w="9936" w:type="dxa"/>
            <w:shd w:val="clear" w:color="auto" w:fill="FFFDE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307AA8" w14:textId="77777777" w:rsidR="00BA5137" w:rsidRDefault="00000000">
            <w:pPr>
              <w:spacing w:after="40"/>
            </w:pPr>
            <w:r>
              <w:rPr>
                <w:b/>
                <w:color w:val="B45000"/>
                <w:sz w:val="18"/>
              </w:rPr>
              <w:t>OBOWIĄZEK BADANIA RYNKU (POTWIERDZENIE ZASADNOŚCI KOSZTÓW):</w:t>
            </w:r>
            <w:r>
              <w:rPr>
                <w:b/>
                <w:color w:val="B45000"/>
                <w:sz w:val="18"/>
              </w:rPr>
              <w:br/>
            </w:r>
            <w:r>
              <w:rPr>
                <w:sz w:val="17"/>
              </w:rPr>
              <w:t xml:space="preserve">Do </w:t>
            </w:r>
            <w:proofErr w:type="spellStart"/>
            <w:r>
              <w:rPr>
                <w:sz w:val="17"/>
              </w:rPr>
              <w:t>niniejszej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fiszki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projektowej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należy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obowiązkowo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dołączyć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dokumenty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potwierdzające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rynkowość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ujętych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cen</w:t>
            </w:r>
            <w:proofErr w:type="spellEnd"/>
            <w:r>
              <w:rPr>
                <w:sz w:val="17"/>
              </w:rPr>
              <w:t xml:space="preserve"> (np. co </w:t>
            </w:r>
            <w:proofErr w:type="spellStart"/>
            <w:r>
              <w:rPr>
                <w:sz w:val="17"/>
              </w:rPr>
              <w:t>najmniej</w:t>
            </w:r>
            <w:proofErr w:type="spellEnd"/>
            <w:r>
              <w:rPr>
                <w:sz w:val="17"/>
              </w:rPr>
              <w:t xml:space="preserve"> 1-2 </w:t>
            </w:r>
            <w:proofErr w:type="spellStart"/>
            <w:r>
              <w:rPr>
                <w:sz w:val="17"/>
              </w:rPr>
              <w:t>oferty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cenowe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zapytania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ofertowe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zrzuty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ekranu</w:t>
            </w:r>
            <w:proofErr w:type="spellEnd"/>
            <w:r>
              <w:rPr>
                <w:sz w:val="17"/>
              </w:rPr>
              <w:t xml:space="preserve"> ze </w:t>
            </w:r>
            <w:proofErr w:type="spellStart"/>
            <w:r>
              <w:rPr>
                <w:sz w:val="17"/>
              </w:rPr>
              <w:t>sklepów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internetowych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lub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cenniki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katalogi</w:t>
            </w:r>
            <w:proofErr w:type="spellEnd"/>
            <w:r>
              <w:rPr>
                <w:sz w:val="17"/>
              </w:rPr>
              <w:t>).</w:t>
            </w:r>
            <w:r>
              <w:rPr>
                <w:sz w:val="17"/>
              </w:rPr>
              <w:br/>
              <w:t xml:space="preserve">[  ] </w:t>
            </w:r>
            <w:proofErr w:type="spellStart"/>
            <w:r>
              <w:rPr>
                <w:sz w:val="17"/>
              </w:rPr>
              <w:t>Oświadczam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że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dołączam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dokumenty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potwierdzające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badanie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rynku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wykazanych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pozycji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budżetowych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6567F69B" w14:textId="77777777" w:rsidR="00BA5137" w:rsidRDefault="00BA5137">
      <w:pPr>
        <w:spacing w:after="80"/>
      </w:pPr>
    </w:p>
    <w:p w14:paraId="606C827B" w14:textId="77777777" w:rsidR="00BA5137" w:rsidRDefault="00000000">
      <w:pPr>
        <w:keepNext/>
        <w:spacing w:before="240" w:after="80"/>
      </w:pPr>
      <w:r>
        <w:rPr>
          <w:b/>
          <w:color w:val="1B4D3E"/>
          <w:sz w:val="22"/>
        </w:rPr>
        <w:lastRenderedPageBreak/>
        <w:t>VII. OŚWIADCZENIA I KLAUZULA INFORMACYJNA RODO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624"/>
      </w:tblGrid>
      <w:tr w:rsidR="00BA5137" w14:paraId="1DC7728C" w14:textId="77777777">
        <w:trPr>
          <w:jc w:val="center"/>
        </w:trPr>
        <w:tc>
          <w:tcPr>
            <w:tcW w:w="3312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DD69149" w14:textId="77777777" w:rsidR="00BA5137" w:rsidRDefault="00000000">
            <w:proofErr w:type="spellStart"/>
            <w:r>
              <w:rPr>
                <w:b/>
                <w:color w:val="FFFFFF"/>
                <w:sz w:val="19"/>
              </w:rPr>
              <w:t>Sekcja</w:t>
            </w:r>
            <w:proofErr w:type="spellEnd"/>
            <w:r>
              <w:rPr>
                <w:b/>
                <w:color w:val="FFFFFF"/>
                <w:sz w:val="19"/>
              </w:rPr>
              <w:t xml:space="preserve"> Formalna</w:t>
            </w:r>
          </w:p>
        </w:tc>
        <w:tc>
          <w:tcPr>
            <w:tcW w:w="6624" w:type="dxa"/>
            <w:shd w:val="clear" w:color="auto" w:fill="1B4D3E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9066DF" w14:textId="77777777" w:rsidR="00BA5137" w:rsidRDefault="00000000">
            <w:proofErr w:type="spellStart"/>
            <w:r>
              <w:rPr>
                <w:b/>
                <w:color w:val="FFFFFF"/>
                <w:sz w:val="19"/>
              </w:rPr>
              <w:t>Treść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Oświadczeń</w:t>
            </w:r>
            <w:proofErr w:type="spellEnd"/>
            <w:r>
              <w:rPr>
                <w:b/>
                <w:color w:val="FFFFFF"/>
                <w:sz w:val="19"/>
              </w:rPr>
              <w:t xml:space="preserve"> i </w:t>
            </w:r>
            <w:proofErr w:type="spellStart"/>
            <w:r>
              <w:rPr>
                <w:b/>
                <w:color w:val="FFFFFF"/>
                <w:sz w:val="19"/>
              </w:rPr>
              <w:t>Informacji</w:t>
            </w:r>
            <w:proofErr w:type="spellEnd"/>
          </w:p>
        </w:tc>
      </w:tr>
      <w:tr w:rsidR="00BA5137" w14:paraId="751F8368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823051" w14:textId="77777777" w:rsidR="00BA5137" w:rsidRDefault="00000000">
            <w:pPr>
              <w:spacing w:before="40" w:after="40"/>
            </w:pPr>
            <w:proofErr w:type="spellStart"/>
            <w:r>
              <w:rPr>
                <w:b/>
                <w:sz w:val="18"/>
              </w:rPr>
              <w:t>Oświadczenia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Wnioskodawcy</w:t>
            </w:r>
            <w:proofErr w:type="spellEnd"/>
          </w:p>
        </w:tc>
        <w:tc>
          <w:tcPr>
            <w:tcW w:w="662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44388" w14:textId="77777777" w:rsidR="00BA5137" w:rsidRDefault="00000000">
            <w:pPr>
              <w:spacing w:before="40" w:after="40"/>
            </w:pPr>
            <w:r>
              <w:rPr>
                <w:sz w:val="17"/>
              </w:rPr>
              <w:t xml:space="preserve">1. </w:t>
            </w:r>
            <w:proofErr w:type="spellStart"/>
            <w:r>
              <w:rPr>
                <w:sz w:val="17"/>
              </w:rPr>
              <w:t>Oświadczam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że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zapoznałem</w:t>
            </w:r>
            <w:proofErr w:type="spellEnd"/>
            <w:r>
              <w:rPr>
                <w:sz w:val="17"/>
              </w:rPr>
              <w:t xml:space="preserve">/am </w:t>
            </w:r>
            <w:proofErr w:type="spellStart"/>
            <w:r>
              <w:rPr>
                <w:sz w:val="17"/>
              </w:rPr>
              <w:t>się</w:t>
            </w:r>
            <w:proofErr w:type="spellEnd"/>
            <w:r>
              <w:rPr>
                <w:sz w:val="17"/>
              </w:rPr>
              <w:t xml:space="preserve"> z </w:t>
            </w:r>
            <w:proofErr w:type="spellStart"/>
            <w:r>
              <w:rPr>
                <w:sz w:val="17"/>
              </w:rPr>
              <w:t>informacją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dotyczącą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zasad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przygotowania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fiszek</w:t>
            </w:r>
            <w:proofErr w:type="spellEnd"/>
            <w:r>
              <w:rPr>
                <w:sz w:val="17"/>
              </w:rPr>
              <w:t xml:space="preserve"> i </w:t>
            </w:r>
            <w:proofErr w:type="spellStart"/>
            <w:r>
              <w:rPr>
                <w:sz w:val="17"/>
              </w:rPr>
              <w:t>planowanych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naborów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grantowych</w:t>
            </w:r>
            <w:proofErr w:type="spellEnd"/>
            <w:r>
              <w:rPr>
                <w:sz w:val="17"/>
              </w:rPr>
              <w:t>.</w:t>
            </w:r>
            <w:r>
              <w:rPr>
                <w:sz w:val="17"/>
              </w:rPr>
              <w:br/>
              <w:t xml:space="preserve">2. </w:t>
            </w:r>
            <w:proofErr w:type="spellStart"/>
            <w:r>
              <w:rPr>
                <w:sz w:val="17"/>
              </w:rPr>
              <w:t>Oświadczam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że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reprezentowany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przeze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mnie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podmiot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posiada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cele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statutowe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regulaminowe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zgodne</w:t>
            </w:r>
            <w:proofErr w:type="spellEnd"/>
            <w:r>
              <w:rPr>
                <w:sz w:val="17"/>
              </w:rPr>
              <w:t xml:space="preserve"> z </w:t>
            </w:r>
            <w:proofErr w:type="spellStart"/>
            <w:r>
              <w:rPr>
                <w:sz w:val="17"/>
              </w:rPr>
              <w:t>zakresem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zadania</w:t>
            </w:r>
            <w:proofErr w:type="spellEnd"/>
            <w:r>
              <w:rPr>
                <w:sz w:val="17"/>
              </w:rPr>
              <w:t>.</w:t>
            </w:r>
            <w:r>
              <w:rPr>
                <w:sz w:val="17"/>
              </w:rPr>
              <w:br/>
              <w:t xml:space="preserve">3. </w:t>
            </w:r>
            <w:proofErr w:type="spellStart"/>
            <w:r>
              <w:rPr>
                <w:sz w:val="17"/>
              </w:rPr>
              <w:t>Oświadczam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że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planowane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zadanie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grantowe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nie</w:t>
            </w:r>
            <w:proofErr w:type="spellEnd"/>
            <w:r>
              <w:rPr>
                <w:sz w:val="17"/>
              </w:rPr>
              <w:t xml:space="preserve"> jest </w:t>
            </w:r>
            <w:proofErr w:type="spellStart"/>
            <w:r>
              <w:rPr>
                <w:sz w:val="17"/>
              </w:rPr>
              <w:t>powiązane</w:t>
            </w:r>
            <w:proofErr w:type="spellEnd"/>
            <w:r>
              <w:rPr>
                <w:sz w:val="17"/>
              </w:rPr>
              <w:t xml:space="preserve"> z </w:t>
            </w:r>
            <w:proofErr w:type="spellStart"/>
            <w:r>
              <w:rPr>
                <w:sz w:val="17"/>
              </w:rPr>
              <w:t>prowadzeniem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działalności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gospodarczej</w:t>
            </w:r>
            <w:proofErr w:type="spellEnd"/>
            <w:r>
              <w:rPr>
                <w:sz w:val="17"/>
              </w:rPr>
              <w:t>.</w:t>
            </w:r>
            <w:r>
              <w:rPr>
                <w:sz w:val="17"/>
              </w:rPr>
              <w:br/>
              <w:t xml:space="preserve">4. </w:t>
            </w:r>
            <w:proofErr w:type="spellStart"/>
            <w:r>
              <w:rPr>
                <w:sz w:val="17"/>
              </w:rPr>
              <w:t>Oświadczam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że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koszty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ujęte</w:t>
            </w:r>
            <w:proofErr w:type="spellEnd"/>
            <w:r>
              <w:rPr>
                <w:sz w:val="17"/>
              </w:rPr>
              <w:t xml:space="preserve"> w </w:t>
            </w:r>
            <w:proofErr w:type="spellStart"/>
            <w:r>
              <w:rPr>
                <w:sz w:val="17"/>
              </w:rPr>
              <w:t>projekcie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nie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są</w:t>
            </w:r>
            <w:proofErr w:type="spellEnd"/>
            <w:r>
              <w:rPr>
                <w:sz w:val="17"/>
              </w:rPr>
              <w:t xml:space="preserve"> i </w:t>
            </w:r>
            <w:proofErr w:type="spellStart"/>
            <w:r>
              <w:rPr>
                <w:sz w:val="17"/>
              </w:rPr>
              <w:t>nie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będą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finansowane</w:t>
            </w:r>
            <w:proofErr w:type="spellEnd"/>
            <w:r>
              <w:rPr>
                <w:sz w:val="17"/>
              </w:rPr>
              <w:t xml:space="preserve"> z </w:t>
            </w:r>
            <w:proofErr w:type="spellStart"/>
            <w:r>
              <w:rPr>
                <w:sz w:val="17"/>
              </w:rPr>
              <w:t>innych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publicznych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źródeł</w:t>
            </w:r>
            <w:proofErr w:type="spellEnd"/>
            <w:r>
              <w:rPr>
                <w:sz w:val="17"/>
              </w:rPr>
              <w:t xml:space="preserve"> (</w:t>
            </w:r>
            <w:proofErr w:type="spellStart"/>
            <w:r>
              <w:rPr>
                <w:sz w:val="17"/>
              </w:rPr>
              <w:t>zakaz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podwójnego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finansowania</w:t>
            </w:r>
            <w:proofErr w:type="spellEnd"/>
            <w:r>
              <w:rPr>
                <w:sz w:val="17"/>
              </w:rPr>
              <w:t>).</w:t>
            </w:r>
            <w:r>
              <w:rPr>
                <w:sz w:val="17"/>
              </w:rPr>
              <w:br/>
              <w:t xml:space="preserve">5. </w:t>
            </w:r>
            <w:proofErr w:type="spellStart"/>
            <w:r>
              <w:rPr>
                <w:sz w:val="17"/>
              </w:rPr>
              <w:t>Wyrażam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zgodę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kontakt</w:t>
            </w:r>
            <w:proofErr w:type="spellEnd"/>
            <w:r>
              <w:rPr>
                <w:sz w:val="17"/>
              </w:rPr>
              <w:t xml:space="preserve"> ze </w:t>
            </w:r>
            <w:proofErr w:type="spellStart"/>
            <w:r>
              <w:rPr>
                <w:sz w:val="17"/>
              </w:rPr>
              <w:t>strony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doradców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Biura</w:t>
            </w:r>
            <w:proofErr w:type="spellEnd"/>
            <w:r>
              <w:rPr>
                <w:sz w:val="17"/>
              </w:rPr>
              <w:t xml:space="preserve"> LGD „</w:t>
            </w:r>
            <w:proofErr w:type="spellStart"/>
            <w:r>
              <w:rPr>
                <w:sz w:val="17"/>
              </w:rPr>
              <w:t>Ziemia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Chełmońskiego</w:t>
            </w:r>
            <w:proofErr w:type="spellEnd"/>
            <w:r>
              <w:rPr>
                <w:sz w:val="17"/>
              </w:rPr>
              <w:t xml:space="preserve">” w </w:t>
            </w:r>
            <w:proofErr w:type="spellStart"/>
            <w:r>
              <w:rPr>
                <w:sz w:val="17"/>
              </w:rPr>
              <w:t>celu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konsultacji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zgłoszonej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koncepcji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BA5137" w14:paraId="3AF346AF" w14:textId="77777777">
        <w:trPr>
          <w:jc w:val="center"/>
        </w:trPr>
        <w:tc>
          <w:tcPr>
            <w:tcW w:w="3312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01262A" w14:textId="77777777" w:rsidR="00BA5137" w:rsidRDefault="00000000">
            <w:pPr>
              <w:spacing w:before="40" w:after="40"/>
            </w:pPr>
            <w:proofErr w:type="spellStart"/>
            <w:r>
              <w:rPr>
                <w:b/>
                <w:sz w:val="18"/>
              </w:rPr>
              <w:t>Klauzula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Informacyjna</w:t>
            </w:r>
            <w:proofErr w:type="spellEnd"/>
            <w:r>
              <w:rPr>
                <w:b/>
                <w:sz w:val="18"/>
              </w:rPr>
              <w:t xml:space="preserve"> RODO (art. 13 RODO)</w:t>
            </w:r>
          </w:p>
        </w:tc>
        <w:tc>
          <w:tcPr>
            <w:tcW w:w="6624" w:type="dxa"/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21FCFD" w14:textId="17168B77" w:rsidR="00BA5137" w:rsidRDefault="00000000">
            <w:pPr>
              <w:spacing w:before="40" w:after="40"/>
            </w:pPr>
            <w:proofErr w:type="spellStart"/>
            <w:r>
              <w:rPr>
                <w:sz w:val="16"/>
              </w:rPr>
              <w:t>Administratorem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osobowych</w:t>
            </w:r>
            <w:proofErr w:type="spellEnd"/>
            <w:r>
              <w:rPr>
                <w:sz w:val="16"/>
              </w:rPr>
              <w:t xml:space="preserve"> jest </w:t>
            </w:r>
            <w:proofErr w:type="spellStart"/>
            <w:r>
              <w:rPr>
                <w:sz w:val="16"/>
              </w:rPr>
              <w:t>Stowarzyszenie</w:t>
            </w:r>
            <w:proofErr w:type="spellEnd"/>
            <w:r>
              <w:rPr>
                <w:sz w:val="16"/>
              </w:rPr>
              <w:t xml:space="preserve"> LGD „</w:t>
            </w:r>
            <w:proofErr w:type="spellStart"/>
            <w:r>
              <w:rPr>
                <w:sz w:val="16"/>
              </w:rPr>
              <w:t>Ziemia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Chełmońskiego</w:t>
            </w:r>
            <w:proofErr w:type="spellEnd"/>
            <w:r>
              <w:rPr>
                <w:sz w:val="16"/>
              </w:rPr>
              <w:t xml:space="preserve">” z </w:t>
            </w:r>
            <w:proofErr w:type="spellStart"/>
            <w:r>
              <w:rPr>
                <w:sz w:val="16"/>
              </w:rPr>
              <w:t>siedzibą</w:t>
            </w:r>
            <w:proofErr w:type="spellEnd"/>
            <w:r>
              <w:rPr>
                <w:sz w:val="16"/>
              </w:rPr>
              <w:t xml:space="preserve"> w </w:t>
            </w:r>
            <w:r w:rsidR="008E59EB">
              <w:rPr>
                <w:sz w:val="16"/>
              </w:rPr>
              <w:t xml:space="preserve"> </w:t>
            </w:r>
            <w:proofErr w:type="spellStart"/>
            <w:r w:rsidR="008E59EB">
              <w:rPr>
                <w:sz w:val="16"/>
              </w:rPr>
              <w:t>Żabiej</w:t>
            </w:r>
            <w:proofErr w:type="spellEnd"/>
            <w:r w:rsidR="008E59EB">
              <w:rPr>
                <w:sz w:val="16"/>
              </w:rPr>
              <w:t xml:space="preserve"> Woli</w:t>
            </w:r>
            <w:r>
              <w:rPr>
                <w:sz w:val="16"/>
              </w:rPr>
              <w:t xml:space="preserve">, ul. Warszawska </w:t>
            </w:r>
            <w:r w:rsidR="008E59EB">
              <w:rPr>
                <w:sz w:val="16"/>
              </w:rPr>
              <w:t>24</w:t>
            </w:r>
            <w:r>
              <w:rPr>
                <w:sz w:val="16"/>
              </w:rPr>
              <w:t xml:space="preserve">. Dane </w:t>
            </w:r>
            <w:proofErr w:type="spellStart"/>
            <w:r>
              <w:rPr>
                <w:sz w:val="16"/>
              </w:rPr>
              <w:t>osobowe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przetwarzane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są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celu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przeprowadzenia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konsultacji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społecznych</w:t>
            </w:r>
            <w:proofErr w:type="spellEnd"/>
            <w:r>
              <w:rPr>
                <w:sz w:val="16"/>
              </w:rPr>
              <w:t xml:space="preserve"> i </w:t>
            </w:r>
            <w:proofErr w:type="spellStart"/>
            <w:r>
              <w:rPr>
                <w:sz w:val="16"/>
              </w:rPr>
              <w:t>badania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potrzeb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ogłoszeniem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naborów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grantowych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podstawie</w:t>
            </w:r>
            <w:proofErr w:type="spellEnd"/>
            <w:r>
              <w:rPr>
                <w:sz w:val="16"/>
              </w:rPr>
              <w:t xml:space="preserve"> art. 6 </w:t>
            </w:r>
            <w:proofErr w:type="spellStart"/>
            <w:r>
              <w:rPr>
                <w:sz w:val="16"/>
              </w:rPr>
              <w:t>ust</w:t>
            </w:r>
            <w:proofErr w:type="spellEnd"/>
            <w:r>
              <w:rPr>
                <w:sz w:val="16"/>
              </w:rPr>
              <w:t>. 1 lit. e RODO (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publiczny</w:t>
            </w:r>
            <w:proofErr w:type="spellEnd"/>
            <w:r>
              <w:rPr>
                <w:sz w:val="16"/>
              </w:rPr>
              <w:t xml:space="preserve">). </w:t>
            </w:r>
            <w:proofErr w:type="spellStart"/>
            <w:r>
              <w:rPr>
                <w:sz w:val="16"/>
              </w:rPr>
              <w:t>Podanie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danych</w:t>
            </w:r>
            <w:proofErr w:type="spellEnd"/>
            <w:r>
              <w:rPr>
                <w:sz w:val="16"/>
              </w:rPr>
              <w:t xml:space="preserve"> jest </w:t>
            </w:r>
            <w:proofErr w:type="spellStart"/>
            <w:r>
              <w:rPr>
                <w:sz w:val="16"/>
              </w:rPr>
              <w:t>dobrowolne</w:t>
            </w:r>
            <w:proofErr w:type="spellEnd"/>
            <w:r>
              <w:rPr>
                <w:sz w:val="16"/>
              </w:rPr>
              <w:t xml:space="preserve">, ale </w:t>
            </w:r>
            <w:proofErr w:type="spellStart"/>
            <w:r>
              <w:rPr>
                <w:sz w:val="16"/>
              </w:rPr>
              <w:t>niezbędne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kontaktu</w:t>
            </w:r>
            <w:proofErr w:type="spellEnd"/>
            <w:r>
              <w:rPr>
                <w:sz w:val="16"/>
              </w:rPr>
              <w:t xml:space="preserve"> i </w:t>
            </w:r>
            <w:proofErr w:type="spellStart"/>
            <w:r>
              <w:rPr>
                <w:sz w:val="16"/>
              </w:rPr>
              <w:t>analizy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fiszki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Osobie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przysługuje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dostępu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danych</w:t>
            </w:r>
            <w:proofErr w:type="spellEnd"/>
            <w:r>
              <w:rPr>
                <w:sz w:val="16"/>
              </w:rPr>
              <w:t xml:space="preserve">, ich </w:t>
            </w:r>
            <w:proofErr w:type="spellStart"/>
            <w:r>
              <w:rPr>
                <w:sz w:val="16"/>
              </w:rPr>
              <w:t>sprostowania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usunięcia</w:t>
            </w:r>
            <w:proofErr w:type="spellEnd"/>
            <w:r>
              <w:rPr>
                <w:sz w:val="16"/>
              </w:rPr>
              <w:t>.</w:t>
            </w:r>
          </w:p>
        </w:tc>
      </w:tr>
    </w:tbl>
    <w:p w14:paraId="21EB7A13" w14:textId="77777777" w:rsidR="00BA5137" w:rsidRDefault="00BA5137">
      <w:pPr>
        <w:spacing w:after="80"/>
      </w:pPr>
    </w:p>
    <w:p w14:paraId="61B6DDDA" w14:textId="06C376DA" w:rsidR="00BA5137" w:rsidRDefault="00000000">
      <w:pPr>
        <w:keepNext/>
        <w:spacing w:before="320" w:after="0"/>
      </w:pPr>
      <w:proofErr w:type="spellStart"/>
      <w:r>
        <w:rPr>
          <w:sz w:val="18"/>
        </w:rPr>
        <w:t>Miejscowość</w:t>
      </w:r>
      <w:proofErr w:type="spellEnd"/>
      <w:r>
        <w:rPr>
          <w:sz w:val="18"/>
        </w:rPr>
        <w:t>, data: ......................................................................................................................</w:t>
      </w:r>
    </w:p>
    <w:sectPr w:rsidR="00BA5137" w:rsidSect="00034616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176DD" w14:textId="77777777" w:rsidR="00304379" w:rsidRDefault="00304379">
      <w:pPr>
        <w:spacing w:after="0" w:line="240" w:lineRule="auto"/>
      </w:pPr>
      <w:r>
        <w:separator/>
      </w:r>
    </w:p>
  </w:endnote>
  <w:endnote w:type="continuationSeparator" w:id="0">
    <w:p w14:paraId="6573BFD2" w14:textId="77777777" w:rsidR="00304379" w:rsidRDefault="00304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B7A2" w14:textId="77777777" w:rsidR="00BA5137" w:rsidRDefault="00000000">
    <w:pPr>
      <w:pStyle w:val="Stopka"/>
      <w:jc w:val="center"/>
    </w:pPr>
    <w:proofErr w:type="spellStart"/>
    <w:r>
      <w:rPr>
        <w:i/>
        <w:color w:val="787878"/>
        <w:sz w:val="17"/>
      </w:rPr>
      <w:t>Dokument</w:t>
    </w:r>
    <w:proofErr w:type="spellEnd"/>
    <w:r>
      <w:rPr>
        <w:i/>
        <w:color w:val="787878"/>
        <w:sz w:val="17"/>
      </w:rPr>
      <w:t xml:space="preserve"> </w:t>
    </w:r>
    <w:proofErr w:type="spellStart"/>
    <w:r>
      <w:rPr>
        <w:i/>
        <w:color w:val="787878"/>
        <w:sz w:val="17"/>
      </w:rPr>
      <w:t>konsultacyjny</w:t>
    </w:r>
    <w:proofErr w:type="spellEnd"/>
    <w:r>
      <w:rPr>
        <w:i/>
        <w:color w:val="787878"/>
        <w:sz w:val="17"/>
      </w:rPr>
      <w:t xml:space="preserve"> – </w:t>
    </w:r>
    <w:proofErr w:type="spellStart"/>
    <w:r>
      <w:rPr>
        <w:i/>
        <w:color w:val="787878"/>
        <w:sz w:val="17"/>
      </w:rPr>
      <w:t>nie</w:t>
    </w:r>
    <w:proofErr w:type="spellEnd"/>
    <w:r>
      <w:rPr>
        <w:i/>
        <w:color w:val="787878"/>
        <w:sz w:val="17"/>
      </w:rPr>
      <w:t xml:space="preserve"> </w:t>
    </w:r>
    <w:proofErr w:type="spellStart"/>
    <w:r>
      <w:rPr>
        <w:i/>
        <w:color w:val="787878"/>
        <w:sz w:val="17"/>
      </w:rPr>
      <w:t>stanowi</w:t>
    </w:r>
    <w:proofErr w:type="spellEnd"/>
    <w:r>
      <w:rPr>
        <w:i/>
        <w:color w:val="787878"/>
        <w:sz w:val="17"/>
      </w:rPr>
      <w:t xml:space="preserve"> </w:t>
    </w:r>
    <w:proofErr w:type="spellStart"/>
    <w:r>
      <w:rPr>
        <w:i/>
        <w:color w:val="787878"/>
        <w:sz w:val="17"/>
      </w:rPr>
      <w:t>formalnego</w:t>
    </w:r>
    <w:proofErr w:type="spellEnd"/>
    <w:r>
      <w:rPr>
        <w:i/>
        <w:color w:val="787878"/>
        <w:sz w:val="17"/>
      </w:rPr>
      <w:t xml:space="preserve"> </w:t>
    </w:r>
    <w:proofErr w:type="spellStart"/>
    <w:r>
      <w:rPr>
        <w:i/>
        <w:color w:val="787878"/>
        <w:sz w:val="17"/>
      </w:rPr>
      <w:t>wniosku</w:t>
    </w:r>
    <w:proofErr w:type="spellEnd"/>
    <w:r>
      <w:rPr>
        <w:i/>
        <w:color w:val="787878"/>
        <w:sz w:val="17"/>
      </w:rPr>
      <w:t xml:space="preserve"> o grant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3F2D3" w14:textId="77777777" w:rsidR="00304379" w:rsidRDefault="00304379">
      <w:pPr>
        <w:spacing w:after="0" w:line="240" w:lineRule="auto"/>
      </w:pPr>
      <w:r>
        <w:separator/>
      </w:r>
    </w:p>
  </w:footnote>
  <w:footnote w:type="continuationSeparator" w:id="0">
    <w:p w14:paraId="5D4C2401" w14:textId="77777777" w:rsidR="00304379" w:rsidRDefault="00304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984B9" w14:textId="3AC59007" w:rsidR="00BA5137" w:rsidRDefault="005F6EC5">
    <w:pPr>
      <w:pStyle w:val="Nagwek"/>
      <w:jc w:val="right"/>
      <w:rPr>
        <w:i/>
        <w:color w:val="787878"/>
        <w:sz w:val="17"/>
      </w:rPr>
    </w:pPr>
    <w:r>
      <w:rPr>
        <w:i/>
        <w:noProof/>
        <w:color w:val="787878"/>
        <w:sz w:val="17"/>
      </w:rPr>
      <w:drawing>
        <wp:inline distT="0" distB="0" distL="0" distR="0" wp14:anchorId="48332EE4" wp14:editId="62A08750">
          <wp:extent cx="6309360" cy="783590"/>
          <wp:effectExtent l="0" t="0" r="0" b="0"/>
          <wp:docPr id="7674004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400451" name="Obraz 7674004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9360" cy="78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color w:val="787878"/>
        <w:sz w:val="17"/>
      </w:rPr>
      <w:t>LGD „</w:t>
    </w:r>
    <w:proofErr w:type="spellStart"/>
    <w:r>
      <w:rPr>
        <w:i/>
        <w:color w:val="787878"/>
        <w:sz w:val="17"/>
      </w:rPr>
      <w:t>Ziemia</w:t>
    </w:r>
    <w:proofErr w:type="spellEnd"/>
    <w:r>
      <w:rPr>
        <w:i/>
        <w:color w:val="787878"/>
        <w:sz w:val="17"/>
      </w:rPr>
      <w:t xml:space="preserve"> </w:t>
    </w:r>
    <w:proofErr w:type="spellStart"/>
    <w:r>
      <w:rPr>
        <w:i/>
        <w:color w:val="787878"/>
        <w:sz w:val="17"/>
      </w:rPr>
      <w:t>Chełmońskiego</w:t>
    </w:r>
    <w:proofErr w:type="spellEnd"/>
    <w:r>
      <w:rPr>
        <w:i/>
        <w:color w:val="787878"/>
        <w:sz w:val="17"/>
      </w:rPr>
      <w:t xml:space="preserve">” | </w:t>
    </w:r>
    <w:proofErr w:type="spellStart"/>
    <w:r>
      <w:rPr>
        <w:i/>
        <w:color w:val="787878"/>
        <w:sz w:val="17"/>
      </w:rPr>
      <w:t>Fiszka</w:t>
    </w:r>
    <w:proofErr w:type="spellEnd"/>
    <w:r>
      <w:rPr>
        <w:i/>
        <w:color w:val="787878"/>
        <w:sz w:val="17"/>
      </w:rPr>
      <w:t xml:space="preserve"> </w:t>
    </w:r>
    <w:proofErr w:type="spellStart"/>
    <w:r>
      <w:rPr>
        <w:i/>
        <w:color w:val="787878"/>
        <w:sz w:val="17"/>
      </w:rPr>
      <w:t>Projektowa</w:t>
    </w:r>
    <w:proofErr w:type="spellEnd"/>
    <w:r>
      <w:rPr>
        <w:i/>
        <w:color w:val="787878"/>
        <w:sz w:val="17"/>
      </w:rPr>
      <w:t xml:space="preserve"> 2023–2027 (PS WPR)</w:t>
    </w:r>
  </w:p>
  <w:p w14:paraId="4FA58CFA" w14:textId="77777777" w:rsidR="005F6EC5" w:rsidRDefault="005F6EC5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3143CC"/>
    <w:multiLevelType w:val="hybridMultilevel"/>
    <w:tmpl w:val="F5AEA6EA"/>
    <w:lvl w:ilvl="0" w:tplc="648227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165154">
    <w:abstractNumId w:val="8"/>
  </w:num>
  <w:num w:numId="2" w16cid:durableId="838038810">
    <w:abstractNumId w:val="6"/>
  </w:num>
  <w:num w:numId="3" w16cid:durableId="235556528">
    <w:abstractNumId w:val="5"/>
  </w:num>
  <w:num w:numId="4" w16cid:durableId="1337000460">
    <w:abstractNumId w:val="4"/>
  </w:num>
  <w:num w:numId="5" w16cid:durableId="334919616">
    <w:abstractNumId w:val="7"/>
  </w:num>
  <w:num w:numId="6" w16cid:durableId="98376636">
    <w:abstractNumId w:val="3"/>
  </w:num>
  <w:num w:numId="7" w16cid:durableId="810056115">
    <w:abstractNumId w:val="2"/>
  </w:num>
  <w:num w:numId="8" w16cid:durableId="902837483">
    <w:abstractNumId w:val="1"/>
  </w:num>
  <w:num w:numId="9" w16cid:durableId="928343111">
    <w:abstractNumId w:val="0"/>
  </w:num>
  <w:num w:numId="10" w16cid:durableId="553545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7F1C"/>
    <w:rsid w:val="0015074B"/>
    <w:rsid w:val="001C0E32"/>
    <w:rsid w:val="001C2699"/>
    <w:rsid w:val="00201010"/>
    <w:rsid w:val="0029639D"/>
    <w:rsid w:val="002C3980"/>
    <w:rsid w:val="00304379"/>
    <w:rsid w:val="00326F90"/>
    <w:rsid w:val="0043466E"/>
    <w:rsid w:val="00593984"/>
    <w:rsid w:val="005A0266"/>
    <w:rsid w:val="005F6EC5"/>
    <w:rsid w:val="00604A2D"/>
    <w:rsid w:val="0063439B"/>
    <w:rsid w:val="00725C1E"/>
    <w:rsid w:val="007824C3"/>
    <w:rsid w:val="007A22EB"/>
    <w:rsid w:val="008E59EB"/>
    <w:rsid w:val="00A25F18"/>
    <w:rsid w:val="00AA1D8D"/>
    <w:rsid w:val="00AB4DA9"/>
    <w:rsid w:val="00B47730"/>
    <w:rsid w:val="00B530F4"/>
    <w:rsid w:val="00BA5137"/>
    <w:rsid w:val="00C33FEB"/>
    <w:rsid w:val="00C3774B"/>
    <w:rsid w:val="00C41A6B"/>
    <w:rsid w:val="00C842BF"/>
    <w:rsid w:val="00CB0664"/>
    <w:rsid w:val="00E40A27"/>
    <w:rsid w:val="00F200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2B67E8"/>
  <w14:defaultImageDpi w14:val="300"/>
  <w15:docId w15:val="{4679F5F8-B9BB-49D2-8708-F776C41B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82828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1196</Words>
  <Characters>7179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Sendek-Wieczorek</cp:lastModifiedBy>
  <cp:revision>7</cp:revision>
  <dcterms:created xsi:type="dcterms:W3CDTF">2026-09-29T14:58:00Z</dcterms:created>
  <dcterms:modified xsi:type="dcterms:W3CDTF">2026-09-30T08:19:00Z</dcterms:modified>
  <cp:category/>
</cp:coreProperties>
</file>